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600"/>
        <w:jc w:val="left"/>
      </w:pPr>
      <w:r>
        <w:rPr>
          <w:rFonts w:ascii="Aptos" w:hAnsi="Aptos"/>
          <w:b/>
          <w:color w:val="187A73"/>
          <w:sz w:val="20"/>
        </w:rPr>
        <w:t>FULL PROPOSAL</w:t>
      </w:r>
    </w:p>
    <w:p>
      <w:pPr>
        <w:pStyle w:val="Title"/>
        <w:jc w:val="left"/>
      </w:pPr>
      <w:r>
        <w:rPr>
          <w:rFonts w:ascii="Aptos Display" w:hAnsi="Aptos Display"/>
          <w:b/>
          <w:color w:val="12314A"/>
          <w:sz w:val="62"/>
        </w:rPr>
        <w:t>10-Day SME Digital</w:t>
        <w:br/>
        <w:t>Transformation Programme</w:t>
      </w:r>
    </w:p>
    <w:p>
      <w:pPr>
        <w:pStyle w:val="ProposalSubtitle"/>
      </w:pPr>
      <w:r>
        <w:rPr>
          <w:rFonts w:ascii="Aptos" w:hAnsi="Aptos"/>
          <w:color w:val="187A73"/>
          <w:sz w:val="27"/>
        </w:rPr>
        <w:t>Website → Dashboard → E-Commerce → Business System → AI → Automation → Deployment</w:t>
      </w:r>
    </w:p>
    <w:p>
      <w:pPr>
        <w:spacing w:before="20" w:after="100"/>
        <w:pBdr>
          <w:bottom w:val="single" w:sz="16" w:space="1" w:color="187A73"/>
        </w:pBdr>
      </w:pPr>
    </w:p>
    <w:p>
      <w:r>
        <w:rPr>
          <w:rFonts w:ascii="Aptos" w:hAnsi="Aptos"/>
          <w:b/>
          <w:color w:val="17232C"/>
          <w:sz w:val="20"/>
        </w:rPr>
        <w:t xml:space="preserve">Prepared for: </w:t>
      </w:r>
      <w:r>
        <w:rPr>
          <w:rFonts w:ascii="Aptos" w:hAnsi="Aptos"/>
          <w:color w:val="17232C"/>
          <w:sz w:val="20"/>
        </w:rPr>
        <w:t>UPM / MTDC stakeholder discussion</w:t>
      </w:r>
    </w:p>
    <w:p>
      <w:r>
        <w:rPr>
          <w:rFonts w:ascii="Aptos" w:hAnsi="Aptos"/>
          <w:b/>
          <w:color w:val="17232C"/>
          <w:sz w:val="20"/>
        </w:rPr>
        <w:t xml:space="preserve">Technology implementation proposal by: </w:t>
      </w:r>
      <w:r>
        <w:rPr>
          <w:rFonts w:ascii="Aptos" w:hAnsi="Aptos"/>
          <w:color w:val="17232C"/>
          <w:sz w:val="20"/>
        </w:rPr>
        <w:t>AINNA</w:t>
      </w:r>
    </w:p>
    <w:p>
      <w:r>
        <w:rPr>
          <w:rFonts w:ascii="Aptos" w:hAnsi="Aptos"/>
          <w:b/>
          <w:color w:val="17232C"/>
          <w:sz w:val="20"/>
        </w:rPr>
        <w:t xml:space="preserve">Document status: </w:t>
      </w:r>
      <w:r>
        <w:rPr>
          <w:rFonts w:ascii="Aptos" w:hAnsi="Aptos"/>
          <w:color w:val="A26812"/>
          <w:sz w:val="20"/>
        </w:rPr>
        <w:t>Draft for Stakeholder Discussion</w:t>
      </w:r>
    </w:p>
    <w:p>
      <w:r>
        <w:rPr>
          <w:rFonts w:ascii="Aptos" w:hAnsi="Aptos"/>
          <w:b/>
          <w:color w:val="17232C"/>
          <w:sz w:val="20"/>
        </w:rPr>
        <w:t xml:space="preserve">Date: </w:t>
      </w:r>
      <w:r>
        <w:rPr>
          <w:rFonts w:ascii="Aptos" w:hAnsi="Aptos"/>
          <w:color w:val="17232C"/>
          <w:sz w:val="20"/>
        </w:rPr>
        <w:t>20 September 2026</w:t>
      </w:r>
    </w:p>
    <w:p>
      <w:pPr>
        <w:spacing w:before="900"/>
      </w:pPr>
    </w:p>
    <w:tbl>
      <w:tblPr>
        <w:tblW w:type="auto" w:w="0"/>
        <w:jc w:val="center"/>
        <w:tblLayout w:type="autofit"/>
        <w:tblLook w:firstColumn="1" w:firstRow="1" w:lastColumn="0" w:lastRow="0" w:noHBand="0" w:noVBand="1" w:val="04A0"/>
      </w:tblPr>
      <w:tblGrid>
        <w:gridCol w:w="9994"/>
      </w:tblGrid>
      <w:tr>
        <w:trPr>
          <w:cantSplit/>
        </w:trPr>
        <w:tc>
          <w:tcPr>
            <w:tcW w:type="dxa" w:w="9994"/>
            <w:shd w:fill="EEF4F8"/>
            <w:tcMar>
              <w:top w:w="120" w:type="dxa"/>
              <w:start w:w="160" w:type="dxa"/>
              <w:bottom w:w="120" w:type="dxa"/>
              <w:end w:w="160" w:type="dxa"/>
            </w:tcMar>
            <w:tcBorders>
              <w:top w:val="single" w:sz="2" w:color="D7DEE4"/>
              <w:left w:val="single" w:sz="18" w:color="12314A"/>
              <w:bottom w:val="single" w:sz="2" w:color="D7DEE4"/>
              <w:right w:val="single" w:sz="2" w:color="D7DEE4"/>
            </w:tcBorders>
          </w:tcPr>
          <w:p>
            <w:pPr>
              <w:keepLines/>
              <w:spacing w:after="40"/>
            </w:pPr>
            <w:r>
              <w:rPr>
                <w:rFonts w:ascii="Aptos" w:hAnsi="Aptos"/>
                <w:b/>
                <w:color w:val="12314A"/>
                <w:sz w:val="20"/>
              </w:rPr>
              <w:t>CORE PROPOSITION</w:t>
            </w:r>
          </w:p>
          <w:p>
            <w:pPr>
              <w:keepLines/>
              <w:spacing w:after="0"/>
            </w:pPr>
            <w:r>
              <w:rPr>
                <w:rFonts w:ascii="Aptos" w:hAnsi="Aptos"/>
                <w:color w:val="17232C"/>
                <w:sz w:val="18"/>
              </w:rPr>
              <w:t>A practical implementation programme in which participating SMEs build, test, deploy and learn to operate their own digital business systems. The programme is designed to produce working outputs, not classroom-only training.</w:t>
            </w:r>
          </w:p>
        </w:tc>
      </w:tr>
    </w:tbl>
    <w:p>
      <w:pPr>
        <w:spacing w:after="20"/>
      </w:pPr>
    </w:p>
    <w:p>
      <w:pPr>
        <w:pStyle w:val="SmallNote"/>
      </w:pPr>
      <w:r>
        <w:rPr>
          <w:rFonts w:ascii="Aptos" w:hAnsi="Aptos"/>
          <w:i/>
          <w:color w:val="67737E"/>
          <w:sz w:val="16"/>
        </w:rPr>
        <w:t>Important: This document is a proposal for discussion. References to UPM, MTDC or the UPM-MTDC Technology Centre do not constitute formal endorsement, procurement, appointment or partnership approval unless separately confirmed in writing.</w:t>
      </w:r>
    </w:p>
    <w:p>
      <w:r>
        <w:br w:type="page"/>
      </w:r>
    </w:p>
    <w:p>
      <w:pPr>
        <w:pStyle w:val="Heading1"/>
        <w:keepNext/>
      </w:pPr>
      <w:r>
        <w:t>A. Document Control</w:t>
      </w:r>
    </w:p>
    <w:tbl>
      <w:tblPr>
        <w:tblW w:type="auto" w:w="0"/>
        <w:jc w:val="center"/>
        <w:tblLayout w:type="fixed"/>
        <w:tblLook w:firstColumn="1" w:firstRow="1" w:lastColumn="0" w:lastRow="0" w:noHBand="0" w:noVBand="1" w:val="04A0"/>
      </w:tblPr>
      <w:tblGrid>
        <w:gridCol w:w="4997"/>
        <w:gridCol w:w="4997"/>
      </w:tblGrid>
      <w:tr>
        <w:trPr>
          <w:tblHeader/>
          <w:cantSplit/>
        </w:trPr>
        <w:tc>
          <w:tcPr>
            <w:tcW w:type="dxa" w:w="2880"/>
            <w:shd w:fill="12314A"/>
            <w:tcMar>
              <w:top w:w="80" w:type="dxa"/>
              <w:start w:w="100" w:type="dxa"/>
              <w:bottom w:w="80" w:type="dxa"/>
              <w:end w:w="100" w:type="dxa"/>
            </w:tcMar>
            <w:vAlign w:val="center"/>
            <w:tcBorders>
              <w:bottom w:val="single" w:sz="6" w:color="12314A"/>
            </w:tcBorders>
          </w:tcPr>
          <w:p>
            <w:pPr>
              <w:keepLines/>
              <w:jc w:val="left"/>
            </w:pPr>
            <w:r/>
            <w:r>
              <w:rPr>
                <w:rFonts w:ascii="Aptos" w:hAnsi="Aptos"/>
                <w:b/>
                <w:color w:val="FFFFFF"/>
                <w:sz w:val="18"/>
              </w:rPr>
              <w:t>Item</w:t>
            </w:r>
          </w:p>
        </w:tc>
        <w:tc>
          <w:tcPr>
            <w:tcW w:type="dxa" w:w="7056"/>
            <w:shd w:fill="12314A"/>
            <w:tcMar>
              <w:top w:w="80" w:type="dxa"/>
              <w:start w:w="100" w:type="dxa"/>
              <w:bottom w:w="80" w:type="dxa"/>
              <w:end w:w="100" w:type="dxa"/>
            </w:tcMar>
            <w:vAlign w:val="center"/>
            <w:tcBorders>
              <w:bottom w:val="single" w:sz="6" w:color="12314A"/>
            </w:tcBorders>
          </w:tcPr>
          <w:p>
            <w:pPr>
              <w:keepLines/>
              <w:jc w:val="left"/>
            </w:pPr>
            <w:r/>
            <w:r>
              <w:rPr>
                <w:rFonts w:ascii="Aptos" w:hAnsi="Aptos"/>
                <w:b/>
                <w:color w:val="FFFFFF"/>
                <w:sz w:val="18"/>
              </w:rPr>
              <w:t>Details</w:t>
            </w:r>
          </w:p>
        </w:tc>
      </w:tr>
      <w:tr>
        <w:trPr>
          <w:cantSplit/>
        </w:trPr>
        <w:tc>
          <w:tcPr>
            <w:tcW w:type="dxa" w:w="2880"/>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8"/>
              </w:rPr>
              <w:t>Document</w:t>
            </w:r>
          </w:p>
        </w:tc>
        <w:tc>
          <w:tcPr>
            <w:tcW w:type="dxa" w:w="7056"/>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8"/>
              </w:rPr>
              <w:t>10-Day SME Digital Transformation Programme — Full Proposal</w:t>
            </w:r>
          </w:p>
        </w:tc>
      </w:tr>
      <w:tr>
        <w:trPr>
          <w:cantSplit/>
        </w:trPr>
        <w:tc>
          <w:tcPr>
            <w:tcW w:type="dxa" w:w="2880"/>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8"/>
              </w:rPr>
              <w:t>Version</w:t>
            </w:r>
          </w:p>
        </w:tc>
        <w:tc>
          <w:tcPr>
            <w:tcW w:type="dxa" w:w="7056"/>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8"/>
              </w:rPr>
              <w:t>1.0</w:t>
            </w:r>
          </w:p>
        </w:tc>
      </w:tr>
      <w:tr>
        <w:trPr>
          <w:cantSplit/>
        </w:trPr>
        <w:tc>
          <w:tcPr>
            <w:tcW w:type="dxa" w:w="2880"/>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8"/>
              </w:rPr>
              <w:t>Date</w:t>
            </w:r>
          </w:p>
        </w:tc>
        <w:tc>
          <w:tcPr>
            <w:tcW w:type="dxa" w:w="7056"/>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8"/>
              </w:rPr>
              <w:t>20 September 2026</w:t>
            </w:r>
          </w:p>
        </w:tc>
      </w:tr>
      <w:tr>
        <w:trPr>
          <w:cantSplit/>
        </w:trPr>
        <w:tc>
          <w:tcPr>
            <w:tcW w:type="dxa" w:w="2880"/>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8"/>
              </w:rPr>
              <w:t>Prepared by</w:t>
            </w:r>
          </w:p>
        </w:tc>
        <w:tc>
          <w:tcPr>
            <w:tcW w:type="dxa" w:w="7056"/>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8"/>
              </w:rPr>
              <w:t>AINNA</w:t>
            </w:r>
          </w:p>
        </w:tc>
      </w:tr>
      <w:tr>
        <w:trPr>
          <w:cantSplit/>
        </w:trPr>
        <w:tc>
          <w:tcPr>
            <w:tcW w:type="dxa" w:w="2880"/>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8"/>
              </w:rPr>
              <w:t>Prepared for</w:t>
            </w:r>
          </w:p>
        </w:tc>
        <w:tc>
          <w:tcPr>
            <w:tcW w:type="dxa" w:w="7056"/>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8"/>
              </w:rPr>
              <w:t>UPM / MTDC stakeholder discussion</w:t>
            </w:r>
          </w:p>
        </w:tc>
      </w:tr>
      <w:tr>
        <w:trPr>
          <w:cantSplit/>
        </w:trPr>
        <w:tc>
          <w:tcPr>
            <w:tcW w:type="dxa" w:w="2880"/>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8"/>
              </w:rPr>
              <w:t>Status</w:t>
            </w:r>
          </w:p>
        </w:tc>
        <w:tc>
          <w:tcPr>
            <w:tcW w:type="dxa" w:w="7056"/>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8"/>
              </w:rPr>
              <w:t>Draft for discussion and scope confirmation</w:t>
            </w:r>
          </w:p>
        </w:tc>
      </w:tr>
      <w:tr>
        <w:trPr>
          <w:cantSplit/>
        </w:trPr>
        <w:tc>
          <w:tcPr>
            <w:tcW w:type="dxa" w:w="2880"/>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8"/>
              </w:rPr>
              <w:t>Commercial basis</w:t>
            </w:r>
          </w:p>
        </w:tc>
        <w:tc>
          <w:tcPr>
            <w:tcW w:type="dxa" w:w="7056"/>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8"/>
              </w:rPr>
              <w:t>Minimum 10 participating companies per programme level</w:t>
            </w:r>
          </w:p>
        </w:tc>
      </w:tr>
      <w:tr>
        <w:trPr>
          <w:cantSplit/>
        </w:trPr>
        <w:tc>
          <w:tcPr>
            <w:tcW w:type="dxa" w:w="2880"/>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8"/>
              </w:rPr>
              <w:t>Programme duration</w:t>
            </w:r>
          </w:p>
        </w:tc>
        <w:tc>
          <w:tcPr>
            <w:tcW w:type="dxa" w:w="7056"/>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8"/>
              </w:rPr>
              <w:t>10 delivery days across 3 modular implementation blocks</w:t>
            </w:r>
          </w:p>
        </w:tc>
      </w:tr>
    </w:tbl>
    <w:p>
      <w:pPr>
        <w:spacing w:after="20"/>
      </w:pPr>
    </w:p>
    <w:p>
      <w:pPr>
        <w:pStyle w:val="Heading1"/>
        <w:keepNext/>
      </w:pPr>
      <w:r>
        <w:t>B. Contents</w:t>
      </w:r>
    </w:p>
    <w:p>
      <w:pPr>
        <w:spacing w:after="40"/>
      </w:pPr>
      <w:r>
        <w:rPr>
          <w:rFonts w:ascii="Aptos" w:hAnsi="Aptos"/>
          <w:color w:val="17232C"/>
          <w:sz w:val="18"/>
        </w:rPr>
        <w:t>1. Executive Summary</w:t>
      </w:r>
    </w:p>
    <w:p>
      <w:pPr>
        <w:spacing w:after="40"/>
      </w:pPr>
      <w:r>
        <w:rPr>
          <w:rFonts w:ascii="Aptos" w:hAnsi="Aptos"/>
          <w:color w:val="17232C"/>
          <w:sz w:val="18"/>
        </w:rPr>
        <w:t>2. Strategic Context and Rationale</w:t>
      </w:r>
    </w:p>
    <w:p>
      <w:pPr>
        <w:spacing w:after="40"/>
      </w:pPr>
      <w:r>
        <w:rPr>
          <w:rFonts w:ascii="Aptos" w:hAnsi="Aptos"/>
          <w:color w:val="17232C"/>
          <w:sz w:val="18"/>
        </w:rPr>
        <w:t>3. Programme Objectives</w:t>
      </w:r>
    </w:p>
    <w:p>
      <w:pPr>
        <w:spacing w:after="40"/>
      </w:pPr>
      <w:r>
        <w:rPr>
          <w:rFonts w:ascii="Aptos" w:hAnsi="Aptos"/>
          <w:color w:val="17232C"/>
          <w:sz w:val="18"/>
        </w:rPr>
        <w:t>4. Target Participants and Entry Criteria</w:t>
      </w:r>
    </w:p>
    <w:p>
      <w:pPr>
        <w:spacing w:after="40"/>
      </w:pPr>
      <w:r>
        <w:rPr>
          <w:rFonts w:ascii="Aptos" w:hAnsi="Aptos"/>
          <w:color w:val="17232C"/>
          <w:sz w:val="18"/>
        </w:rPr>
        <w:t>5. Programme Design Principles</w:t>
      </w:r>
    </w:p>
    <w:p>
      <w:pPr>
        <w:spacing w:after="40"/>
      </w:pPr>
      <w:r>
        <w:rPr>
          <w:rFonts w:ascii="Aptos" w:hAnsi="Aptos"/>
          <w:color w:val="17232C"/>
          <w:sz w:val="18"/>
        </w:rPr>
        <w:t>6. Programme Architecture</w:t>
      </w:r>
    </w:p>
    <w:p>
      <w:pPr>
        <w:spacing w:after="40"/>
      </w:pPr>
      <w:r>
        <w:rPr>
          <w:rFonts w:ascii="Aptos" w:hAnsi="Aptos"/>
          <w:color w:val="17232C"/>
          <w:sz w:val="18"/>
        </w:rPr>
        <w:t>7. Detailed Module Scope</w:t>
      </w:r>
    </w:p>
    <w:p>
      <w:pPr>
        <w:spacing w:after="40"/>
      </w:pPr>
      <w:r>
        <w:rPr>
          <w:rFonts w:ascii="Aptos" w:hAnsi="Aptos"/>
          <w:color w:val="17232C"/>
          <w:sz w:val="18"/>
        </w:rPr>
        <w:t>8. Full 10-Day Itinerary</w:t>
      </w:r>
    </w:p>
    <w:p>
      <w:pPr>
        <w:spacing w:after="40"/>
      </w:pPr>
      <w:r>
        <w:rPr>
          <w:rFonts w:ascii="Aptos" w:hAnsi="Aptos"/>
          <w:color w:val="17232C"/>
          <w:sz w:val="18"/>
        </w:rPr>
        <w:t>9. Delivery Methodology</w:t>
      </w:r>
    </w:p>
    <w:p>
      <w:pPr>
        <w:spacing w:after="40"/>
      </w:pPr>
      <w:r>
        <w:rPr>
          <w:rFonts w:ascii="Aptos" w:hAnsi="Aptos"/>
          <w:color w:val="17232C"/>
          <w:sz w:val="18"/>
        </w:rPr>
        <w:t>10. Participant Deliverables</w:t>
      </w:r>
    </w:p>
    <w:p>
      <w:pPr>
        <w:spacing w:after="40"/>
      </w:pPr>
      <w:r>
        <w:rPr>
          <w:rFonts w:ascii="Aptos" w:hAnsi="Aptos"/>
          <w:color w:val="17232C"/>
          <w:sz w:val="18"/>
        </w:rPr>
        <w:t>11. Technology, Infrastructure and AI Deployment</w:t>
      </w:r>
    </w:p>
    <w:p>
      <w:pPr>
        <w:spacing w:after="40"/>
      </w:pPr>
      <w:r>
        <w:rPr>
          <w:rFonts w:ascii="Aptos" w:hAnsi="Aptos"/>
          <w:color w:val="17232C"/>
          <w:sz w:val="18"/>
        </w:rPr>
        <w:t>12. Security, Governance and Responsible AI</w:t>
      </w:r>
    </w:p>
    <w:p>
      <w:pPr>
        <w:spacing w:after="40"/>
      </w:pPr>
      <w:r>
        <w:rPr>
          <w:rFonts w:ascii="Aptos" w:hAnsi="Aptos"/>
          <w:color w:val="17232C"/>
          <w:sz w:val="18"/>
        </w:rPr>
        <w:t>13. Measurement, Quality Gates and Acceptance</w:t>
      </w:r>
    </w:p>
    <w:p>
      <w:pPr>
        <w:spacing w:after="40"/>
      </w:pPr>
      <w:r>
        <w:rPr>
          <w:rFonts w:ascii="Aptos" w:hAnsi="Aptos"/>
          <w:color w:val="17232C"/>
          <w:sz w:val="18"/>
        </w:rPr>
        <w:t>14. Commercial Proposal</w:t>
      </w:r>
    </w:p>
    <w:p>
      <w:pPr>
        <w:spacing w:after="40"/>
      </w:pPr>
      <w:r>
        <w:rPr>
          <w:rFonts w:ascii="Aptos" w:hAnsi="Aptos"/>
          <w:color w:val="17232C"/>
          <w:sz w:val="18"/>
        </w:rPr>
        <w:t>15. Scope Exclusions and Assumptions</w:t>
      </w:r>
    </w:p>
    <w:p>
      <w:pPr>
        <w:spacing w:after="40"/>
      </w:pPr>
      <w:r>
        <w:rPr>
          <w:rFonts w:ascii="Aptos" w:hAnsi="Aptos"/>
          <w:color w:val="17232C"/>
          <w:sz w:val="18"/>
        </w:rPr>
        <w:t>16. Proposed Stakeholder Roles</w:t>
      </w:r>
    </w:p>
    <w:p>
      <w:pPr>
        <w:spacing w:after="40"/>
      </w:pPr>
      <w:r>
        <w:rPr>
          <w:rFonts w:ascii="Aptos" w:hAnsi="Aptos"/>
          <w:color w:val="17232C"/>
          <w:sz w:val="18"/>
        </w:rPr>
        <w:t>17. Pre-Programme Onboarding</w:t>
      </w:r>
    </w:p>
    <w:p>
      <w:pPr>
        <w:spacing w:after="40"/>
      </w:pPr>
      <w:r>
        <w:rPr>
          <w:rFonts w:ascii="Aptos" w:hAnsi="Aptos"/>
          <w:color w:val="17232C"/>
          <w:sz w:val="18"/>
        </w:rPr>
        <w:t>18. 30/60/90-Day Continuity Roadmap</w:t>
      </w:r>
    </w:p>
    <w:p>
      <w:pPr>
        <w:spacing w:after="40"/>
      </w:pPr>
      <w:r>
        <w:rPr>
          <w:rFonts w:ascii="Aptos" w:hAnsi="Aptos"/>
          <w:color w:val="17232C"/>
          <w:sz w:val="18"/>
        </w:rPr>
        <w:t>19. Risks and Mitigation</w:t>
      </w:r>
    </w:p>
    <w:p>
      <w:pPr>
        <w:spacing w:after="40"/>
      </w:pPr>
      <w:r>
        <w:rPr>
          <w:rFonts w:ascii="Aptos" w:hAnsi="Aptos"/>
          <w:color w:val="17232C"/>
          <w:sz w:val="18"/>
        </w:rPr>
        <w:t>20. Terms and Commercial Conditions</w:t>
      </w:r>
    </w:p>
    <w:p>
      <w:pPr>
        <w:spacing w:after="40"/>
      </w:pPr>
      <w:r>
        <w:rPr>
          <w:rFonts w:ascii="Aptos" w:hAnsi="Aptos"/>
          <w:color w:val="17232C"/>
          <w:sz w:val="18"/>
        </w:rPr>
        <w:t>21. Proposed Next Steps</w:t>
      </w:r>
    </w:p>
    <w:p>
      <w:pPr>
        <w:spacing w:after="40"/>
      </w:pPr>
      <w:r>
        <w:rPr>
          <w:rFonts w:ascii="Aptos" w:hAnsi="Aptos"/>
          <w:color w:val="17232C"/>
          <w:sz w:val="18"/>
        </w:rPr>
        <w:t>Appendix A: Commercial Matrix</w:t>
      </w:r>
    </w:p>
    <w:p>
      <w:pPr>
        <w:spacing w:after="40"/>
      </w:pPr>
      <w:r>
        <w:rPr>
          <w:rFonts w:ascii="Aptos" w:hAnsi="Aptos"/>
          <w:color w:val="17232C"/>
          <w:sz w:val="18"/>
        </w:rPr>
        <w:t>Appendix B: Participant Preparation Checklist</w:t>
      </w:r>
    </w:p>
    <w:p>
      <w:pPr>
        <w:spacing w:after="40"/>
      </w:pPr>
      <w:r>
        <w:rPr>
          <w:rFonts w:ascii="Aptos" w:hAnsi="Aptos"/>
          <w:color w:val="17232C"/>
          <w:sz w:val="18"/>
        </w:rPr>
        <w:t>Appendix C: Source References</w:t>
      </w:r>
    </w:p>
    <w:p>
      <w:pPr>
        <w:pStyle w:val="Heading1"/>
        <w:keepNext/>
      </w:pPr>
      <w:r>
        <w:t>1. Executive Summary</w:t>
      </w:r>
    </w:p>
    <w:p>
      <w:r>
        <w:rPr>
          <w:rFonts w:ascii="Aptos" w:hAnsi="Aptos"/>
          <w:sz w:val="20"/>
        </w:rPr>
        <w:t>The 10-Day SME Digital Transformation Programme is a modular, implementation-led programme designed to move participating companies from basic digital presence to deployable business systems, AI-assisted workflows and operational automation.</w:t>
      </w:r>
    </w:p>
    <w:p>
      <w:r>
        <w:rPr>
          <w:rFonts w:ascii="Aptos" w:hAnsi="Aptos"/>
          <w:sz w:val="19"/>
        </w:rPr>
        <w:t>The programme is deliberately structured around working outputs. Participants do not only learn concepts: they work with their own company information, processes and business requirements to build assets that can be tested, deployed and managed after the programme.</w:t>
      </w:r>
    </w:p>
    <w:tbl>
      <w:tblPr>
        <w:tblW w:type="auto" w:w="0"/>
        <w:jc w:val="center"/>
        <w:tblLayout w:type="autofit"/>
        <w:tblLook w:firstColumn="1" w:firstRow="1" w:lastColumn="0" w:lastRow="0" w:noHBand="0" w:noVBand="1" w:val="04A0"/>
      </w:tblPr>
      <w:tblGrid>
        <w:gridCol w:w="9994"/>
      </w:tblGrid>
      <w:tr>
        <w:trPr>
          <w:cantSplit/>
        </w:trPr>
        <w:tc>
          <w:tcPr>
            <w:tcW w:type="dxa" w:w="9994"/>
            <w:shd w:fill="EAF6F4"/>
            <w:tcMar>
              <w:top w:w="120" w:type="dxa"/>
              <w:start w:w="160" w:type="dxa"/>
              <w:bottom w:w="120" w:type="dxa"/>
              <w:end w:w="160" w:type="dxa"/>
            </w:tcMar>
            <w:tcBorders>
              <w:top w:val="single" w:sz="2" w:color="D7DEE4"/>
              <w:left w:val="single" w:sz="18" w:color="2D8C65"/>
              <w:bottom w:val="single" w:sz="2" w:color="D7DEE4"/>
              <w:right w:val="single" w:sz="2" w:color="D7DEE4"/>
            </w:tcBorders>
          </w:tcPr>
          <w:p>
            <w:pPr>
              <w:keepLines/>
              <w:spacing w:after="40"/>
            </w:pPr>
            <w:r>
              <w:rPr>
                <w:rFonts w:ascii="Aptos" w:hAnsi="Aptos"/>
                <w:b/>
                <w:color w:val="2D8C65"/>
                <w:sz w:val="20"/>
              </w:rPr>
              <w:t>Programme outcome</w:t>
            </w:r>
          </w:p>
          <w:p>
            <w:pPr>
              <w:keepLines/>
              <w:spacing w:after="0"/>
            </w:pPr>
            <w:r>
              <w:rPr>
                <w:rFonts w:ascii="Aptos" w:hAnsi="Aptos"/>
                <w:color w:val="17232C"/>
                <w:sz w:val="18"/>
              </w:rPr>
              <w:t>Each participating company should leave the selected programme level with a working digital output, administrator access, documented next steps and a clear 30/60/90-day improvement roadmap.</w:t>
            </w:r>
          </w:p>
        </w:tc>
      </w:tr>
    </w:tbl>
    <w:p>
      <w:pPr>
        <w:spacing w:after="20"/>
      </w:pPr>
    </w:p>
    <w:tbl>
      <w:tblPr>
        <w:tblW w:type="auto" w:w="0"/>
        <w:jc w:val="center"/>
        <w:tblLayout w:type="fixed"/>
        <w:tblLook w:firstColumn="1" w:firstRow="1" w:lastColumn="0" w:lastRow="0" w:noHBand="0" w:noVBand="1" w:val="04A0"/>
      </w:tblPr>
      <w:tblGrid>
        <w:gridCol w:w="2498"/>
        <w:gridCol w:w="2498"/>
        <w:gridCol w:w="2498"/>
        <w:gridCol w:w="2498"/>
      </w:tblGrid>
      <w:tr>
        <w:trPr>
          <w:tblHeader/>
          <w:cantSplit/>
        </w:trPr>
        <w:tc>
          <w:tcPr>
            <w:tcW w:type="dxa" w:w="2304"/>
            <w:shd w:fill="12314A"/>
            <w:tcMar>
              <w:top w:w="80" w:type="dxa"/>
              <w:start w:w="100" w:type="dxa"/>
              <w:bottom w:w="80" w:type="dxa"/>
              <w:end w:w="100" w:type="dxa"/>
            </w:tcMar>
            <w:vAlign w:val="center"/>
            <w:tcBorders>
              <w:bottom w:val="single" w:sz="6" w:color="12314A"/>
            </w:tcBorders>
          </w:tcPr>
          <w:p>
            <w:pPr>
              <w:keepLines/>
              <w:jc w:val="left"/>
            </w:pPr>
            <w:r/>
            <w:r>
              <w:rPr>
                <w:rFonts w:ascii="Aptos" w:hAnsi="Aptos"/>
                <w:b/>
                <w:color w:val="FFFFFF"/>
                <w:sz w:val="17"/>
              </w:rPr>
              <w:t>Programme Level</w:t>
            </w:r>
          </w:p>
        </w:tc>
        <w:tc>
          <w:tcPr>
            <w:tcW w:type="dxa" w:w="1440"/>
            <w:shd w:fill="12314A"/>
            <w:tcMar>
              <w:top w:w="80" w:type="dxa"/>
              <w:start w:w="100" w:type="dxa"/>
              <w:bottom w:w="80" w:type="dxa"/>
              <w:end w:w="100" w:type="dxa"/>
            </w:tcMar>
            <w:vAlign w:val="center"/>
            <w:tcBorders>
              <w:bottom w:val="single" w:sz="6" w:color="12314A"/>
            </w:tcBorders>
          </w:tcPr>
          <w:p>
            <w:pPr>
              <w:keepLines/>
              <w:jc w:val="left"/>
            </w:pPr>
            <w:r/>
            <w:r>
              <w:rPr>
                <w:rFonts w:ascii="Aptos" w:hAnsi="Aptos"/>
                <w:b/>
                <w:color w:val="FFFFFF"/>
                <w:sz w:val="17"/>
              </w:rPr>
              <w:t>Duration</w:t>
            </w:r>
          </w:p>
        </w:tc>
        <w:tc>
          <w:tcPr>
            <w:tcW w:type="dxa" w:w="4896"/>
            <w:shd w:fill="12314A"/>
            <w:tcMar>
              <w:top w:w="80" w:type="dxa"/>
              <w:start w:w="100" w:type="dxa"/>
              <w:bottom w:w="80" w:type="dxa"/>
              <w:end w:w="100" w:type="dxa"/>
            </w:tcMar>
            <w:vAlign w:val="center"/>
            <w:tcBorders>
              <w:bottom w:val="single" w:sz="6" w:color="12314A"/>
            </w:tcBorders>
          </w:tcPr>
          <w:p>
            <w:pPr>
              <w:keepLines/>
              <w:jc w:val="left"/>
            </w:pPr>
            <w:r/>
            <w:r>
              <w:rPr>
                <w:rFonts w:ascii="Aptos" w:hAnsi="Aptos"/>
                <w:b/>
                <w:color w:val="FFFFFF"/>
                <w:sz w:val="17"/>
              </w:rPr>
              <w:t>Core Scope</w:t>
            </w:r>
          </w:p>
        </w:tc>
        <w:tc>
          <w:tcPr>
            <w:tcW w:type="dxa" w:w="1584"/>
            <w:shd w:fill="12314A"/>
            <w:tcMar>
              <w:top w:w="80" w:type="dxa"/>
              <w:start w:w="100" w:type="dxa"/>
              <w:bottom w:w="80" w:type="dxa"/>
              <w:end w:w="100" w:type="dxa"/>
            </w:tcMar>
            <w:vAlign w:val="center"/>
            <w:tcBorders>
              <w:bottom w:val="single" w:sz="6" w:color="12314A"/>
            </w:tcBorders>
          </w:tcPr>
          <w:p>
            <w:pPr>
              <w:keepLines/>
              <w:jc w:val="left"/>
            </w:pPr>
            <w:r/>
            <w:r>
              <w:rPr>
                <w:rFonts w:ascii="Aptos" w:hAnsi="Aptos"/>
                <w:b/>
                <w:color w:val="FFFFFF"/>
                <w:sz w:val="17"/>
              </w:rPr>
              <w:t>Fee / Company</w:t>
            </w:r>
          </w:p>
        </w:tc>
      </w:tr>
      <w:tr>
        <w:trPr>
          <w:cantSplit/>
        </w:trPr>
        <w:tc>
          <w:tcPr>
            <w:tcW w:type="dxa" w:w="2304"/>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Level 1 — Basic</w:t>
            </w:r>
          </w:p>
        </w:tc>
        <w:tc>
          <w:tcPr>
            <w:tcW w:type="dxa" w:w="1440"/>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3 days</w:t>
            </w:r>
          </w:p>
        </w:tc>
        <w:tc>
          <w:tcPr>
            <w:tcW w:type="dxa" w:w="4896"/>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Website + SEO + security + management dashboard</w:t>
            </w:r>
          </w:p>
        </w:tc>
        <w:tc>
          <w:tcPr>
            <w:tcW w:type="dxa" w:w="1584"/>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RM3,000</w:t>
            </w:r>
          </w:p>
        </w:tc>
      </w:tr>
      <w:tr>
        <w:trPr>
          <w:cantSplit/>
        </w:trPr>
        <w:tc>
          <w:tcPr>
            <w:tcW w:type="dxa" w:w="2304"/>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Level 2 — Intermediate</w:t>
            </w:r>
          </w:p>
        </w:tc>
        <w:tc>
          <w:tcPr>
            <w:tcW w:type="dxa" w:w="1440"/>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3 days</w:t>
            </w:r>
          </w:p>
        </w:tc>
        <w:tc>
          <w:tcPr>
            <w:tcW w:type="dxa" w:w="4896"/>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E-commerce + product/order/customer workflow</w:t>
            </w:r>
          </w:p>
        </w:tc>
        <w:tc>
          <w:tcPr>
            <w:tcW w:type="dxa" w:w="1584"/>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RM3,000</w:t>
            </w:r>
          </w:p>
        </w:tc>
      </w:tr>
      <w:tr>
        <w:trPr>
          <w:cantSplit/>
        </w:trPr>
        <w:tc>
          <w:tcPr>
            <w:tcW w:type="dxa" w:w="2304"/>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Level 3 — Advanced</w:t>
            </w:r>
          </w:p>
        </w:tc>
        <w:tc>
          <w:tcPr>
            <w:tcW w:type="dxa" w:w="1440"/>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4 days</w:t>
            </w:r>
          </w:p>
        </w:tc>
        <w:tc>
          <w:tcPr>
            <w:tcW w:type="dxa" w:w="4896"/>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Business modules + AI + automation + integrations + handover</w:t>
            </w:r>
          </w:p>
        </w:tc>
        <w:tc>
          <w:tcPr>
            <w:tcW w:type="dxa" w:w="1584"/>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RM5,000</w:t>
            </w:r>
          </w:p>
        </w:tc>
      </w:tr>
      <w:tr>
        <w:trPr>
          <w:cantSplit/>
        </w:trPr>
        <w:tc>
          <w:tcPr>
            <w:tcW w:type="dxa" w:w="2304"/>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Full Programme</w:t>
            </w:r>
          </w:p>
        </w:tc>
        <w:tc>
          <w:tcPr>
            <w:tcW w:type="dxa" w:w="1440"/>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10 delivery days</w:t>
            </w:r>
          </w:p>
        </w:tc>
        <w:tc>
          <w:tcPr>
            <w:tcW w:type="dxa" w:w="4896"/>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Basic + Intermediate + Advanced</w:t>
            </w:r>
          </w:p>
        </w:tc>
        <w:tc>
          <w:tcPr>
            <w:tcW w:type="dxa" w:w="1584"/>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RM11,000</w:t>
            </w:r>
          </w:p>
        </w:tc>
      </w:tr>
    </w:tbl>
    <w:p>
      <w:pPr>
        <w:spacing w:after="20"/>
      </w:pPr>
    </w:p>
    <w:p>
      <w:r>
        <w:rPr>
          <w:rFonts w:ascii="Aptos" w:hAnsi="Aptos"/>
          <w:b/>
          <w:color w:val="12314A"/>
          <w:sz w:val="19"/>
        </w:rPr>
        <w:t xml:space="preserve">Commercial structure. </w:t>
      </w:r>
      <w:r>
        <w:rPr>
          <w:rFonts w:ascii="Aptos" w:hAnsi="Aptos"/>
          <w:sz w:val="19"/>
        </w:rPr>
        <w:t>For a company taking the full programme, the programme fee is RM11,000. Year-1 infrastructure is RM500 per company, producing a standard Year-1 total of RM11,500. An optional initial AI model deployment is RM1,200 per company, making the Year-1 total RM12,700 only where that add-on is selected. From Year 2 onward, infrastructure is RM1,000 per company per year; AI model/provider costs are separate and are not fixed in this proposal.</w:t>
      </w:r>
    </w:p>
    <w:p>
      <w:r>
        <w:rPr>
          <w:rFonts w:ascii="Aptos" w:hAnsi="Aptos"/>
          <w:b/>
          <w:color w:val="12314A"/>
          <w:sz w:val="19"/>
        </w:rPr>
        <w:t xml:space="preserve">Minimum cohort. </w:t>
      </w:r>
      <w:r>
        <w:rPr>
          <w:rFonts w:ascii="Aptos" w:hAnsi="Aptos"/>
          <w:sz w:val="19"/>
        </w:rPr>
        <w:t>The commercial rates are based on a minimum of 10 participating companies per programme level. Participation may be modular, subject to readiness assessment and prerequisites.</w:t>
      </w:r>
    </w:p>
    <w:p>
      <w:pPr>
        <w:pStyle w:val="Heading1"/>
        <w:keepNext/>
      </w:pPr>
      <w:r>
        <w:t>2. Strategic Context and Rationale</w:t>
      </w:r>
    </w:p>
    <w:p>
      <w:r>
        <w:rPr>
          <w:rFonts w:ascii="Aptos" w:hAnsi="Aptos"/>
          <w:sz w:val="19"/>
        </w:rPr>
        <w:t>SMEs frequently adopt digital tools in fragments: a website from one provider, commerce on another platform, spreadsheets for operations, separate messaging channels and isolated AI subscriptions. The resulting environment can improve individual tasks but often does not create a coherent operating system for the business.</w:t>
      </w:r>
    </w:p>
    <w:p>
      <w:r>
        <w:rPr>
          <w:rFonts w:ascii="Aptos" w:hAnsi="Aptos"/>
          <w:sz w:val="19"/>
        </w:rPr>
        <w:t>This proposal addresses that gap through a staged build sequence: first establish the digital foundation, then add commerce, then connect operational modules, AI and automation. The design keeps implementation close to each company’s actual workflow and introduces advanced AI only where it produces practical value.</w:t>
      </w:r>
    </w:p>
    <w:p>
      <w:r>
        <w:rPr>
          <w:rFonts w:ascii="Aptos" w:hAnsi="Aptos"/>
          <w:b/>
          <w:color w:val="12314A"/>
          <w:sz w:val="19"/>
        </w:rPr>
        <w:t xml:space="preserve">Institutional fit. </w:t>
      </w:r>
      <w:r>
        <w:rPr>
          <w:rFonts w:ascii="Aptos" w:hAnsi="Aptos"/>
          <w:sz w:val="19"/>
        </w:rPr>
        <w:t>MTDC describes its Technology Centres as environments that connect entrepreneurs, academics, researchers and technology experts, and identifies UPM-MTDC as its Serdang technology centre. UPM also emphasises mutually beneficial university–industry–community engagement through its industry relations functions. These characteristics make the UPM-MTDC ecosystem a relevant setting for an implementation-focused SME digital capability programme, subject to stakeholder approval and final scope confirmation.</w:t>
      </w:r>
    </w:p>
    <w:tbl>
      <w:tblPr>
        <w:tblW w:type="auto" w:w="0"/>
        <w:jc w:val="center"/>
        <w:tblLayout w:type="autofit"/>
        <w:tblLook w:firstColumn="1" w:firstRow="1" w:lastColumn="0" w:lastRow="0" w:noHBand="0" w:noVBand="1" w:val="04A0"/>
      </w:tblPr>
      <w:tblGrid>
        <w:gridCol w:w="9994"/>
      </w:tblGrid>
      <w:tr>
        <w:trPr>
          <w:cantSplit/>
        </w:trPr>
        <w:tc>
          <w:tcPr>
            <w:tcW w:type="dxa" w:w="9994"/>
            <w:shd w:fill="EEF4F8"/>
            <w:tcMar>
              <w:top w:w="120" w:type="dxa"/>
              <w:start w:w="160" w:type="dxa"/>
              <w:bottom w:w="120" w:type="dxa"/>
              <w:end w:w="160" w:type="dxa"/>
            </w:tcMar>
            <w:tcBorders>
              <w:top w:val="single" w:sz="2" w:color="D7DEE4"/>
              <w:left w:val="single" w:sz="18" w:color="12314A"/>
              <w:bottom w:val="single" w:sz="2" w:color="D7DEE4"/>
              <w:right w:val="single" w:sz="2" w:color="D7DEE4"/>
            </w:tcBorders>
          </w:tcPr>
          <w:p>
            <w:pPr>
              <w:keepLines/>
              <w:spacing w:after="40"/>
            </w:pPr>
            <w:r>
              <w:rPr>
                <w:rFonts w:ascii="Aptos" w:hAnsi="Aptos"/>
                <w:b/>
                <w:color w:val="12314A"/>
                <w:sz w:val="20"/>
              </w:rPr>
              <w:t>Why implementation-led?</w:t>
            </w:r>
          </w:p>
          <w:p>
            <w:pPr>
              <w:keepLines/>
              <w:spacing w:after="0"/>
            </w:pPr>
            <w:r>
              <w:rPr>
                <w:rFonts w:ascii="Aptos" w:hAnsi="Aptos"/>
                <w:color w:val="17232C"/>
                <w:sz w:val="18"/>
              </w:rPr>
              <w:t>The programme avoids a common failure mode of digital training: participants understand the concept but return to the business without a working asset, access, ownership model or next-step roadmap. Every level therefore ends with testing, deployment readiness and administrator capability.</w:t>
            </w:r>
          </w:p>
        </w:tc>
      </w:tr>
    </w:tbl>
    <w:p>
      <w:pPr>
        <w:spacing w:after="20"/>
      </w:pPr>
    </w:p>
    <w:p>
      <w:pPr>
        <w:pStyle w:val="Heading1"/>
        <w:keepNext/>
      </w:pPr>
      <w:r>
        <w:t>3. Programme Objectives</w:t>
      </w:r>
    </w:p>
    <w:p>
      <w:pPr>
        <w:pStyle w:val="ListBullet"/>
        <w:spacing w:after="60"/>
        <w:ind w:left="216" w:hanging="173"/>
      </w:pPr>
      <w:r>
        <w:rPr>
          <w:rFonts w:ascii="Aptos" w:hAnsi="Aptos"/>
          <w:sz w:val="18"/>
        </w:rPr>
        <w:t>Build practical SME capability to define digital requirements, work with AI-assisted development tools and verify system outputs.</w:t>
      </w:r>
    </w:p>
    <w:p>
      <w:pPr>
        <w:pStyle w:val="ListBullet"/>
        <w:spacing w:after="60"/>
        <w:ind w:left="216" w:hanging="173"/>
      </w:pPr>
      <w:r>
        <w:rPr>
          <w:rFonts w:ascii="Aptos" w:hAnsi="Aptos"/>
          <w:sz w:val="18"/>
        </w:rPr>
        <w:t>Create a professional business website with SEO and security foundations from the beginning of the programme.</w:t>
      </w:r>
    </w:p>
    <w:p>
      <w:pPr>
        <w:pStyle w:val="ListBullet"/>
        <w:spacing w:after="60"/>
        <w:ind w:left="216" w:hanging="173"/>
      </w:pPr>
      <w:r>
        <w:rPr>
          <w:rFonts w:ascii="Aptos" w:hAnsi="Aptos"/>
          <w:sz w:val="18"/>
        </w:rPr>
        <w:t>Enable participating companies to manage a basic business dashboard and, where selected, an e-commerce workflow.</w:t>
      </w:r>
    </w:p>
    <w:p>
      <w:pPr>
        <w:pStyle w:val="ListBullet"/>
        <w:spacing w:after="60"/>
        <w:ind w:left="216" w:hanging="173"/>
      </w:pPr>
      <w:r>
        <w:rPr>
          <w:rFonts w:ascii="Aptos" w:hAnsi="Aptos"/>
          <w:sz w:val="18"/>
        </w:rPr>
        <w:t>Digitise selected operational processes through suitable modules such as CRM, inventory, sales, finance, HR, tasks, SOPs, documents or reporting.</w:t>
      </w:r>
    </w:p>
    <w:p>
      <w:pPr>
        <w:pStyle w:val="ListBullet"/>
        <w:spacing w:after="60"/>
        <w:ind w:left="216" w:hanging="173"/>
      </w:pPr>
      <w:r>
        <w:rPr>
          <w:rFonts w:ascii="Aptos" w:hAnsi="Aptos"/>
          <w:sz w:val="18"/>
        </w:rPr>
        <w:t>Introduce AI and automation selectively, using the appropriate tool for each task rather than forcing all workloads through a large language model.</w:t>
      </w:r>
    </w:p>
    <w:p>
      <w:pPr>
        <w:pStyle w:val="ListBullet"/>
        <w:spacing w:after="60"/>
        <w:ind w:left="216" w:hanging="173"/>
      </w:pPr>
      <w:r>
        <w:rPr>
          <w:rFonts w:ascii="Aptos" w:hAnsi="Aptos"/>
          <w:sz w:val="18"/>
        </w:rPr>
        <w:t>Provide production deployment, administrator access, training, documentation and handover.</w:t>
      </w:r>
    </w:p>
    <w:p>
      <w:pPr>
        <w:pStyle w:val="ListBullet"/>
        <w:spacing w:after="60"/>
        <w:ind w:left="216" w:hanging="173"/>
      </w:pPr>
      <w:r>
        <w:rPr>
          <w:rFonts w:ascii="Aptos" w:hAnsi="Aptos"/>
          <w:sz w:val="18"/>
        </w:rPr>
        <w:t>Establish measurable quality gates and a 30/60/90-day continuity roadmap so the system can continue to mature after the programme.</w:t>
      </w:r>
    </w:p>
    <w:p>
      <w:pPr>
        <w:pStyle w:val="Heading1"/>
        <w:keepNext/>
      </w:pPr>
      <w:r>
        <w:t>4. Target Participants and Entry Criteria</w:t>
      </w:r>
    </w:p>
    <w:p>
      <w:r>
        <w:rPr>
          <w:rFonts w:ascii="Aptos" w:hAnsi="Aptos"/>
          <w:sz w:val="19"/>
        </w:rPr>
        <w:t>The programme is intended for SMEs that want to improve digital execution, commerce and operational systems without requiring participants to become software developers. Each company should nominate at least one decision-maker or system owner who understands the business workflow and can verify whether the resulting system follows company rules.</w:t>
      </w:r>
    </w:p>
    <w:tbl>
      <w:tblPr>
        <w:tblW w:type="auto" w:w="0"/>
        <w:jc w:val="center"/>
        <w:tblLayout w:type="fixed"/>
        <w:tblLook w:firstColumn="1" w:firstRow="1" w:lastColumn="0" w:lastRow="0" w:noHBand="0" w:noVBand="1" w:val="04A0"/>
      </w:tblPr>
      <w:tblGrid>
        <w:gridCol w:w="4997"/>
        <w:gridCol w:w="4997"/>
      </w:tblGrid>
      <w:tr>
        <w:trPr>
          <w:tblHeader/>
          <w:cantSplit/>
        </w:trPr>
        <w:tc>
          <w:tcPr>
            <w:tcW w:type="dxa" w:w="2880"/>
            <w:shd w:fill="12314A"/>
            <w:tcMar>
              <w:top w:w="80" w:type="dxa"/>
              <w:start w:w="100" w:type="dxa"/>
              <w:bottom w:w="80" w:type="dxa"/>
              <w:end w:w="100" w:type="dxa"/>
            </w:tcMar>
            <w:vAlign w:val="center"/>
            <w:tcBorders>
              <w:bottom w:val="single" w:sz="6" w:color="12314A"/>
            </w:tcBorders>
          </w:tcPr>
          <w:p>
            <w:pPr>
              <w:keepLines/>
              <w:jc w:val="left"/>
            </w:pPr>
            <w:r/>
            <w:r>
              <w:rPr>
                <w:rFonts w:ascii="Aptos" w:hAnsi="Aptos"/>
                <w:b/>
                <w:color w:val="FFFFFF"/>
                <w:sz w:val="17"/>
              </w:rPr>
              <w:t>Participant Profile</w:t>
            </w:r>
          </w:p>
        </w:tc>
        <w:tc>
          <w:tcPr>
            <w:tcW w:type="dxa" w:w="7056"/>
            <w:shd w:fill="12314A"/>
            <w:tcMar>
              <w:top w:w="80" w:type="dxa"/>
              <w:start w:w="100" w:type="dxa"/>
              <w:bottom w:w="80" w:type="dxa"/>
              <w:end w:w="100" w:type="dxa"/>
            </w:tcMar>
            <w:vAlign w:val="center"/>
            <w:tcBorders>
              <w:bottom w:val="single" w:sz="6" w:color="12314A"/>
            </w:tcBorders>
          </w:tcPr>
          <w:p>
            <w:pPr>
              <w:keepLines/>
              <w:jc w:val="left"/>
            </w:pPr>
            <w:r/>
            <w:r>
              <w:rPr>
                <w:rFonts w:ascii="Aptos" w:hAnsi="Aptos"/>
                <w:b/>
                <w:color w:val="FFFFFF"/>
                <w:sz w:val="17"/>
              </w:rPr>
              <w:t>Recommended Condition</w:t>
            </w:r>
          </w:p>
        </w:tc>
      </w:tr>
      <w:tr>
        <w:trPr>
          <w:cantSplit/>
        </w:trPr>
        <w:tc>
          <w:tcPr>
            <w:tcW w:type="dxa" w:w="2880"/>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Basic</w:t>
            </w:r>
          </w:p>
        </w:tc>
        <w:tc>
          <w:tcPr>
            <w:tcW w:type="dxa" w:w="7056"/>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SME requiring a professional website, SEO/security foundation and simple dashboard.</w:t>
            </w:r>
          </w:p>
        </w:tc>
      </w:tr>
      <w:tr>
        <w:trPr>
          <w:cantSplit/>
        </w:trPr>
        <w:tc>
          <w:tcPr>
            <w:tcW w:type="dxa" w:w="2880"/>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Intermediate</w:t>
            </w:r>
          </w:p>
        </w:tc>
        <w:tc>
          <w:tcPr>
            <w:tcW w:type="dxa" w:w="7056"/>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SME with an adequate digital foundation and a need for product catalogue, order and customer workflows.</w:t>
            </w:r>
          </w:p>
        </w:tc>
      </w:tr>
      <w:tr>
        <w:trPr>
          <w:cantSplit/>
        </w:trPr>
        <w:tc>
          <w:tcPr>
            <w:tcW w:type="dxa" w:w="2880"/>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Advanced</w:t>
            </w:r>
          </w:p>
        </w:tc>
        <w:tc>
          <w:tcPr>
            <w:tcW w:type="dxa" w:w="7056"/>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SME with defined processes/data and a need for operating modules, automation, integrations and AI-assisted workflows.</w:t>
            </w:r>
          </w:p>
        </w:tc>
      </w:tr>
      <w:tr>
        <w:trPr>
          <w:cantSplit/>
        </w:trPr>
        <w:tc>
          <w:tcPr>
            <w:tcW w:type="dxa" w:w="2880"/>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Direct entry to later level</w:t>
            </w:r>
          </w:p>
        </w:tc>
        <w:tc>
          <w:tcPr>
            <w:tcW w:type="dxa" w:w="7056"/>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Permitted only where existing capability is compatible and the company passes readiness assessment.</w:t>
            </w:r>
          </w:p>
        </w:tc>
      </w:tr>
    </w:tbl>
    <w:p>
      <w:pPr>
        <w:spacing w:after="20"/>
      </w:pPr>
    </w:p>
    <w:p>
      <w:r>
        <w:rPr>
          <w:rFonts w:ascii="Aptos" w:hAnsi="Aptos"/>
          <w:b/>
          <w:color w:val="12314A"/>
          <w:sz w:val="19"/>
        </w:rPr>
        <w:t xml:space="preserve">Minimum cohort: </w:t>
      </w:r>
      <w:r>
        <w:rPr>
          <w:rFonts w:ascii="Aptos" w:hAnsi="Aptos"/>
          <w:sz w:val="19"/>
        </w:rPr>
        <w:t>10 participating companies per programme level.</w:t>
      </w:r>
    </w:p>
    <w:p>
      <w:pPr>
        <w:pStyle w:val="Heading1"/>
        <w:keepNext/>
      </w:pPr>
      <w:r>
        <w:t>5. Programme Design Principles</w:t>
      </w:r>
    </w:p>
    <w:tbl>
      <w:tblPr>
        <w:tblW w:type="auto" w:w="0"/>
        <w:jc w:val="center"/>
        <w:tblLayout w:type="fixed"/>
        <w:tblLook w:firstColumn="1" w:firstRow="1" w:lastColumn="0" w:lastRow="0" w:noHBand="0" w:noVBand="1" w:val="04A0"/>
      </w:tblPr>
      <w:tblGrid>
        <w:gridCol w:w="4997"/>
        <w:gridCol w:w="4997"/>
      </w:tblGrid>
      <w:tr>
        <w:trPr>
          <w:tblHeader/>
          <w:cantSplit/>
        </w:trPr>
        <w:tc>
          <w:tcPr>
            <w:tcW w:type="dxa" w:w="2592"/>
            <w:shd w:fill="12314A"/>
            <w:tcMar>
              <w:top w:w="80" w:type="dxa"/>
              <w:start w:w="100" w:type="dxa"/>
              <w:bottom w:w="80" w:type="dxa"/>
              <w:end w:w="100" w:type="dxa"/>
            </w:tcMar>
            <w:vAlign w:val="center"/>
            <w:tcBorders>
              <w:bottom w:val="single" w:sz="6" w:color="12314A"/>
            </w:tcBorders>
          </w:tcPr>
          <w:p>
            <w:pPr>
              <w:keepLines/>
              <w:jc w:val="left"/>
            </w:pPr>
            <w:r/>
            <w:r>
              <w:rPr>
                <w:rFonts w:ascii="Aptos" w:hAnsi="Aptos"/>
                <w:b/>
                <w:color w:val="FFFFFF"/>
                <w:sz w:val="17"/>
              </w:rPr>
              <w:t>Principle</w:t>
            </w:r>
          </w:p>
        </w:tc>
        <w:tc>
          <w:tcPr>
            <w:tcW w:type="dxa" w:w="7344"/>
            <w:shd w:fill="12314A"/>
            <w:tcMar>
              <w:top w:w="80" w:type="dxa"/>
              <w:start w:w="100" w:type="dxa"/>
              <w:bottom w:w="80" w:type="dxa"/>
              <w:end w:w="100" w:type="dxa"/>
            </w:tcMar>
            <w:vAlign w:val="center"/>
            <w:tcBorders>
              <w:bottom w:val="single" w:sz="6" w:color="12314A"/>
            </w:tcBorders>
          </w:tcPr>
          <w:p>
            <w:pPr>
              <w:keepLines/>
              <w:jc w:val="left"/>
            </w:pPr>
            <w:r/>
            <w:r>
              <w:rPr>
                <w:rFonts w:ascii="Aptos" w:hAnsi="Aptos"/>
                <w:b/>
                <w:color w:val="FFFFFF"/>
                <w:sz w:val="17"/>
              </w:rPr>
              <w:t>Application</w:t>
            </w:r>
          </w:p>
        </w:tc>
      </w:tr>
      <w:tr>
        <w:trPr>
          <w:cantSplit/>
        </w:trPr>
        <w:tc>
          <w:tcPr>
            <w:tcW w:type="dxa" w:w="2592"/>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Build, not only learn</w:t>
            </w:r>
          </w:p>
        </w:tc>
        <w:tc>
          <w:tcPr>
            <w:tcW w:type="dxa" w:w="7344"/>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Every module produces a tangible working output or deployable capability.</w:t>
            </w:r>
          </w:p>
        </w:tc>
      </w:tr>
      <w:tr>
        <w:trPr>
          <w:cantSplit/>
        </w:trPr>
        <w:tc>
          <w:tcPr>
            <w:tcW w:type="dxa" w:w="2592"/>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Use real company context</w:t>
            </w:r>
          </w:p>
        </w:tc>
        <w:tc>
          <w:tcPr>
            <w:tcW w:type="dxa" w:w="7344"/>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Participants work with their actual products, services, workflows, data structures and operating requirements.</w:t>
            </w:r>
          </w:p>
        </w:tc>
      </w:tr>
      <w:tr>
        <w:trPr>
          <w:cantSplit/>
        </w:trPr>
        <w:tc>
          <w:tcPr>
            <w:tcW w:type="dxa" w:w="2592"/>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Progressive architecture</w:t>
            </w:r>
          </w:p>
        </w:tc>
        <w:tc>
          <w:tcPr>
            <w:tcW w:type="dxa" w:w="7344"/>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Website → dashboard → commerce → business modules → AI → automation → deployment.</w:t>
            </w:r>
          </w:p>
        </w:tc>
      </w:tr>
      <w:tr>
        <w:trPr>
          <w:cantSplit/>
        </w:trPr>
        <w:tc>
          <w:tcPr>
            <w:tcW w:type="dxa" w:w="2592"/>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Security from Day 1</w:t>
            </w:r>
          </w:p>
        </w:tc>
        <w:tc>
          <w:tcPr>
            <w:tcW w:type="dxa" w:w="7344"/>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SEO and security are introduced at the start, then verified and hardened throughout delivery.</w:t>
            </w:r>
          </w:p>
        </w:tc>
      </w:tr>
      <w:tr>
        <w:trPr>
          <w:cantSplit/>
        </w:trPr>
        <w:tc>
          <w:tcPr>
            <w:tcW w:type="dxa" w:w="2592"/>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Human verification</w:t>
            </w:r>
          </w:p>
        </w:tc>
        <w:tc>
          <w:tcPr>
            <w:tcW w:type="dxa" w:w="7344"/>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AI-assisted output is reviewed by people responsible for the business process.</w:t>
            </w:r>
          </w:p>
        </w:tc>
      </w:tr>
      <w:tr>
        <w:trPr>
          <w:cantSplit/>
        </w:trPr>
        <w:tc>
          <w:tcPr>
            <w:tcW w:type="dxa" w:w="2592"/>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Modular participation</w:t>
            </w:r>
          </w:p>
        </w:tc>
        <w:tc>
          <w:tcPr>
            <w:tcW w:type="dxa" w:w="7344"/>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Companies may participate at the appropriate level if prerequisites are met; there is no forced upgrade path.</w:t>
            </w:r>
          </w:p>
        </w:tc>
      </w:tr>
      <w:tr>
        <w:trPr>
          <w:cantSplit/>
        </w:trPr>
        <w:tc>
          <w:tcPr>
            <w:tcW w:type="dxa" w:w="2592"/>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Ownable output</w:t>
            </w:r>
          </w:p>
        </w:tc>
        <w:tc>
          <w:tcPr>
            <w:tcW w:type="dxa" w:w="7344"/>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The objective is a system the SME can access, understand and continue improving, not a black-box demonstration.</w:t>
            </w:r>
          </w:p>
        </w:tc>
      </w:tr>
    </w:tbl>
    <w:p>
      <w:pPr>
        <w:spacing w:after="20"/>
      </w:pPr>
    </w:p>
    <w:p>
      <w:pPr>
        <w:pStyle w:val="Heading1"/>
        <w:keepNext/>
      </w:pPr>
      <w:r>
        <w:t>6. Programme Architecture</w:t>
      </w:r>
    </w:p>
    <w:tbl>
      <w:tblPr>
        <w:tblW w:type="auto" w:w="0"/>
        <w:jc w:val="center"/>
        <w:tblLayout w:type="fixed"/>
        <w:tblLook w:firstColumn="1" w:firstRow="1" w:lastColumn="0" w:lastRow="0" w:noHBand="0" w:noVBand="1" w:val="04A0"/>
      </w:tblPr>
      <w:tblGrid>
        <w:gridCol w:w="2498"/>
        <w:gridCol w:w="2498"/>
        <w:gridCol w:w="2498"/>
        <w:gridCol w:w="2498"/>
      </w:tblGrid>
      <w:tr>
        <w:trPr>
          <w:tblHeader/>
          <w:cantSplit/>
        </w:trPr>
        <w:tc>
          <w:tcPr>
            <w:tcW w:type="dxa" w:w="2232"/>
            <w:shd w:fill="12314A"/>
            <w:tcMar>
              <w:top w:w="80" w:type="dxa"/>
              <w:start w:w="100" w:type="dxa"/>
              <w:bottom w:w="80" w:type="dxa"/>
              <w:end w:w="100" w:type="dxa"/>
            </w:tcMar>
            <w:vAlign w:val="center"/>
            <w:tcBorders>
              <w:bottom w:val="single" w:sz="6" w:color="12314A"/>
            </w:tcBorders>
          </w:tcPr>
          <w:p>
            <w:pPr>
              <w:keepLines/>
              <w:jc w:val="left"/>
            </w:pPr>
            <w:r/>
            <w:r>
              <w:rPr>
                <w:rFonts w:ascii="Aptos" w:hAnsi="Aptos"/>
                <w:b/>
                <w:color w:val="FFFFFF"/>
                <w:sz w:val="17"/>
              </w:rPr>
              <w:t>Level</w:t>
            </w:r>
          </w:p>
        </w:tc>
        <w:tc>
          <w:tcPr>
            <w:tcW w:type="dxa" w:w="1584"/>
            <w:shd w:fill="12314A"/>
            <w:tcMar>
              <w:top w:w="80" w:type="dxa"/>
              <w:start w:w="100" w:type="dxa"/>
              <w:bottom w:w="80" w:type="dxa"/>
              <w:end w:w="100" w:type="dxa"/>
            </w:tcMar>
            <w:vAlign w:val="center"/>
            <w:tcBorders>
              <w:bottom w:val="single" w:sz="6" w:color="12314A"/>
            </w:tcBorders>
          </w:tcPr>
          <w:p>
            <w:pPr>
              <w:keepLines/>
              <w:jc w:val="left"/>
            </w:pPr>
            <w:r/>
            <w:r>
              <w:rPr>
                <w:rFonts w:ascii="Aptos" w:hAnsi="Aptos"/>
                <w:b/>
                <w:color w:val="FFFFFF"/>
                <w:sz w:val="17"/>
              </w:rPr>
              <w:t>Delivery Days</w:t>
            </w:r>
          </w:p>
        </w:tc>
        <w:tc>
          <w:tcPr>
            <w:tcW w:type="dxa" w:w="2304"/>
            <w:shd w:fill="12314A"/>
            <w:tcMar>
              <w:top w:w="80" w:type="dxa"/>
              <w:start w:w="100" w:type="dxa"/>
              <w:bottom w:w="80" w:type="dxa"/>
              <w:end w:w="100" w:type="dxa"/>
            </w:tcMar>
            <w:vAlign w:val="center"/>
            <w:tcBorders>
              <w:bottom w:val="single" w:sz="6" w:color="12314A"/>
            </w:tcBorders>
          </w:tcPr>
          <w:p>
            <w:pPr>
              <w:keepLines/>
              <w:jc w:val="left"/>
            </w:pPr>
            <w:r/>
            <w:r>
              <w:rPr>
                <w:rFonts w:ascii="Aptos" w:hAnsi="Aptos"/>
                <w:b/>
                <w:color w:val="FFFFFF"/>
                <w:sz w:val="17"/>
              </w:rPr>
              <w:t>Transformation Stage</w:t>
            </w:r>
          </w:p>
        </w:tc>
        <w:tc>
          <w:tcPr>
            <w:tcW w:type="dxa" w:w="5112"/>
            <w:shd w:fill="12314A"/>
            <w:tcMar>
              <w:top w:w="80" w:type="dxa"/>
              <w:start w:w="100" w:type="dxa"/>
              <w:bottom w:w="80" w:type="dxa"/>
              <w:end w:w="100" w:type="dxa"/>
            </w:tcMar>
            <w:vAlign w:val="center"/>
            <w:tcBorders>
              <w:bottom w:val="single" w:sz="6" w:color="12314A"/>
            </w:tcBorders>
          </w:tcPr>
          <w:p>
            <w:pPr>
              <w:keepLines/>
              <w:jc w:val="left"/>
            </w:pPr>
            <w:r/>
            <w:r>
              <w:rPr>
                <w:rFonts w:ascii="Aptos" w:hAnsi="Aptos"/>
                <w:b/>
                <w:color w:val="FFFFFF"/>
                <w:sz w:val="17"/>
              </w:rPr>
              <w:t>Primary Outputs</w:t>
            </w:r>
          </w:p>
        </w:tc>
      </w:tr>
      <w:tr>
        <w:trPr>
          <w:cantSplit/>
        </w:trPr>
        <w:tc>
          <w:tcPr>
            <w:tcW w:type="dxa" w:w="2232"/>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Level 1 — Basic</w:t>
            </w:r>
          </w:p>
        </w:tc>
        <w:tc>
          <w:tcPr>
            <w:tcW w:type="dxa" w:w="1584"/>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Days 1–3</w:t>
            </w:r>
          </w:p>
        </w:tc>
        <w:tc>
          <w:tcPr>
            <w:tcW w:type="dxa" w:w="2304"/>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Digital Foundation</w:t>
            </w:r>
          </w:p>
        </w:tc>
        <w:tc>
          <w:tcPr>
            <w:tcW w:type="dxa" w:w="5112"/>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Website, SEO foundation, security baseline, dashboard, deployment and admin access</w:t>
            </w:r>
          </w:p>
        </w:tc>
      </w:tr>
      <w:tr>
        <w:trPr>
          <w:cantSplit/>
        </w:trPr>
        <w:tc>
          <w:tcPr>
            <w:tcW w:type="dxa" w:w="2232"/>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Level 2 — Intermediate</w:t>
            </w:r>
          </w:p>
        </w:tc>
        <w:tc>
          <w:tcPr>
            <w:tcW w:type="dxa" w:w="1584"/>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Days 4–6</w:t>
            </w:r>
          </w:p>
        </w:tc>
        <w:tc>
          <w:tcPr>
            <w:tcW w:type="dxa" w:w="2304"/>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Digital Commerce</w:t>
            </w:r>
          </w:p>
        </w:tc>
        <w:tc>
          <w:tcPr>
            <w:tcW w:type="dxa" w:w="5112"/>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Catalogue, SKU/product structure, cart/checkout flow, customer/order workflow, testing</w:t>
            </w:r>
          </w:p>
        </w:tc>
      </w:tr>
      <w:tr>
        <w:trPr>
          <w:cantSplit/>
        </w:trPr>
        <w:tc>
          <w:tcPr>
            <w:tcW w:type="dxa" w:w="2232"/>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Level 3 — Advanced</w:t>
            </w:r>
          </w:p>
        </w:tc>
        <w:tc>
          <w:tcPr>
            <w:tcW w:type="dxa" w:w="1584"/>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Days 7–10</w:t>
            </w:r>
          </w:p>
        </w:tc>
        <w:tc>
          <w:tcPr>
            <w:tcW w:type="dxa" w:w="2304"/>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Digital Operations</w:t>
            </w:r>
          </w:p>
        </w:tc>
        <w:tc>
          <w:tcPr>
            <w:tcW w:type="dxa" w:w="5112"/>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Selected business modules, AI/automation, integrations, final testing, demo, training and handover</w:t>
            </w:r>
          </w:p>
        </w:tc>
      </w:tr>
    </w:tbl>
    <w:p>
      <w:pPr>
        <w:spacing w:after="20"/>
      </w:pPr>
    </w:p>
    <w:tbl>
      <w:tblPr>
        <w:tblW w:type="auto" w:w="0"/>
        <w:jc w:val="center"/>
        <w:tblLayout w:type="autofit"/>
        <w:tblLook w:firstColumn="1" w:firstRow="1" w:lastColumn="0" w:lastRow="0" w:noHBand="0" w:noVBand="1" w:val="04A0"/>
      </w:tblPr>
      <w:tblGrid>
        <w:gridCol w:w="9994"/>
      </w:tblGrid>
      <w:tr>
        <w:trPr>
          <w:cantSplit/>
        </w:trPr>
        <w:tc>
          <w:tcPr>
            <w:tcW w:type="dxa" w:w="9994"/>
            <w:shd w:fill="EEF4F8"/>
            <w:tcMar>
              <w:top w:w="120" w:type="dxa"/>
              <w:start w:w="160" w:type="dxa"/>
              <w:bottom w:w="120" w:type="dxa"/>
              <w:end w:w="160" w:type="dxa"/>
            </w:tcMar>
            <w:tcBorders>
              <w:top w:val="single" w:sz="2" w:color="D7DEE4"/>
              <w:left w:val="single" w:sz="18" w:color="12314A"/>
              <w:bottom w:val="single" w:sz="2" w:color="D7DEE4"/>
              <w:right w:val="single" w:sz="2" w:color="D7DEE4"/>
            </w:tcBorders>
          </w:tcPr>
          <w:p>
            <w:pPr>
              <w:keepLines/>
              <w:spacing w:after="40"/>
            </w:pPr>
            <w:r>
              <w:rPr>
                <w:rFonts w:ascii="Aptos" w:hAnsi="Aptos"/>
                <w:b/>
                <w:color w:val="12314A"/>
                <w:sz w:val="20"/>
              </w:rPr>
              <w:t>Calendar interpretation</w:t>
            </w:r>
          </w:p>
          <w:p>
            <w:pPr>
              <w:keepLines/>
              <w:spacing w:after="0"/>
            </w:pPr>
            <w:r>
              <w:rPr>
                <w:rFonts w:ascii="Aptos" w:hAnsi="Aptos"/>
                <w:color w:val="17232C"/>
                <w:sz w:val="18"/>
              </w:rPr>
              <w:t>“10 days” means 10 delivery days across three implementation blocks (3 + 3 + 4). The blocks do not need to run as 10 consecutive calendar days. Final dates are to be confirmed by the programme organiser. If a Friday-start format is preferred, each module may be scheduled to open on Friday subject to the agreed calendar.</w:t>
            </w:r>
          </w:p>
        </w:tc>
      </w:tr>
    </w:tbl>
    <w:p>
      <w:pPr>
        <w:spacing w:after="20"/>
      </w:pPr>
    </w:p>
    <w:p>
      <w:pPr>
        <w:pStyle w:val="Heading1"/>
        <w:keepNext/>
      </w:pPr>
      <w:r>
        <w:t>7. Detailed Module Scope</w:t>
      </w:r>
    </w:p>
    <w:p>
      <w:pPr>
        <w:pStyle w:val="Heading2"/>
        <w:keepNext/>
      </w:pPr>
      <w:r>
        <w:t>Level 1 — Basic (3 Days | RM3,000 / Company)</w:t>
      </w:r>
    </w:p>
    <w:p>
      <w:pPr>
        <w:pStyle w:val="ListBullet"/>
        <w:spacing w:after="30"/>
        <w:ind w:left="216" w:hanging="173"/>
      </w:pPr>
      <w:r>
        <w:rPr>
          <w:rFonts w:ascii="Aptos" w:hAnsi="Aptos"/>
          <w:sz w:val="18"/>
        </w:rPr>
        <w:t>Business discovery and digital requirement mapping.</w:t>
      </w:r>
    </w:p>
    <w:p>
      <w:pPr>
        <w:pStyle w:val="ListBullet"/>
        <w:spacing w:after="30"/>
        <w:ind w:left="216" w:hanging="173"/>
      </w:pPr>
      <w:r>
        <w:rPr>
          <w:rFonts w:ascii="Aptos" w:hAnsi="Aptos"/>
          <w:sz w:val="18"/>
        </w:rPr>
        <w:t>Website information architecture, page structure and content planning.</w:t>
      </w:r>
    </w:p>
    <w:p>
      <w:pPr>
        <w:pStyle w:val="ListBullet"/>
        <w:spacing w:after="30"/>
        <w:ind w:left="216" w:hanging="173"/>
      </w:pPr>
      <w:r>
        <w:rPr>
          <w:rFonts w:ascii="Aptos" w:hAnsi="Aptos"/>
          <w:sz w:val="18"/>
        </w:rPr>
        <w:t>SEO architecture, page-title/keyword structure and search-engine readability.</w:t>
      </w:r>
    </w:p>
    <w:p>
      <w:pPr>
        <w:pStyle w:val="ListBullet"/>
        <w:spacing w:after="30"/>
        <w:ind w:left="216" w:hanging="173"/>
      </w:pPr>
      <w:r>
        <w:rPr>
          <w:rFonts w:ascii="Aptos" w:hAnsi="Aptos"/>
          <w:sz w:val="18"/>
        </w:rPr>
        <w:t>HTTPS/security baseline, access planning, backup/logging considerations and secure administrator workflow.</w:t>
      </w:r>
    </w:p>
    <w:p>
      <w:pPr>
        <w:pStyle w:val="ListBullet"/>
        <w:spacing w:after="30"/>
        <w:ind w:left="216" w:hanging="173"/>
      </w:pPr>
      <w:r>
        <w:rPr>
          <w:rFonts w:ascii="Aptos" w:hAnsi="Aptos"/>
          <w:sz w:val="18"/>
        </w:rPr>
        <w:t>Responsive corporate/business website build.</w:t>
      </w:r>
    </w:p>
    <w:p>
      <w:pPr>
        <w:pStyle w:val="ListBullet"/>
        <w:spacing w:after="30"/>
        <w:ind w:left="216" w:hanging="173"/>
      </w:pPr>
      <w:r>
        <w:rPr>
          <w:rFonts w:ascii="Aptos" w:hAnsi="Aptos"/>
          <w:sz w:val="18"/>
        </w:rPr>
        <w:t>Company profile, product/service presentation and enquiry/contact flow.</w:t>
      </w:r>
    </w:p>
    <w:p>
      <w:pPr>
        <w:pStyle w:val="ListBullet"/>
        <w:spacing w:after="30"/>
        <w:ind w:left="216" w:hanging="173"/>
      </w:pPr>
      <w:r>
        <w:rPr>
          <w:rFonts w:ascii="Aptos" w:hAnsi="Aptos"/>
          <w:sz w:val="18"/>
        </w:rPr>
        <w:t>Basic management dashboard and selected KPI views.</w:t>
      </w:r>
    </w:p>
    <w:p>
      <w:pPr>
        <w:pStyle w:val="ListBullet"/>
        <w:spacing w:after="30"/>
        <w:ind w:left="216" w:hanging="173"/>
      </w:pPr>
      <w:r>
        <w:rPr>
          <w:rFonts w:ascii="Aptos" w:hAnsi="Aptos"/>
          <w:sz w:val="18"/>
        </w:rPr>
        <w:t>User roles and access-control validation.</w:t>
      </w:r>
    </w:p>
    <w:p>
      <w:pPr>
        <w:pStyle w:val="ListBullet"/>
        <w:spacing w:after="30"/>
        <w:ind w:left="216" w:hanging="173"/>
      </w:pPr>
      <w:r>
        <w:rPr>
          <w:rFonts w:ascii="Aptos" w:hAnsi="Aptos"/>
          <w:sz w:val="18"/>
        </w:rPr>
        <w:t>Mobile, functional, SEO and security verification.</w:t>
      </w:r>
    </w:p>
    <w:p>
      <w:pPr>
        <w:pStyle w:val="ListBullet"/>
        <w:spacing w:after="30"/>
        <w:ind w:left="216" w:hanging="173"/>
      </w:pPr>
      <w:r>
        <w:rPr>
          <w:rFonts w:ascii="Aptos" w:hAnsi="Aptos"/>
          <w:sz w:val="18"/>
        </w:rPr>
        <w:t>Production deployment and administrator training.</w:t>
      </w:r>
    </w:p>
    <w:p>
      <w:pPr>
        <w:pStyle w:val="Heading2"/>
        <w:keepNext/>
      </w:pPr>
      <w:r>
        <w:t>Level 2 — Intermediate (3 Days | RM3,000 / Company)</w:t>
      </w:r>
    </w:p>
    <w:p>
      <w:pPr>
        <w:pStyle w:val="ListBullet"/>
        <w:spacing w:after="30"/>
        <w:ind w:left="216" w:hanging="173"/>
      </w:pPr>
      <w:r>
        <w:rPr>
          <w:rFonts w:ascii="Aptos" w:hAnsi="Aptos"/>
          <w:sz w:val="18"/>
        </w:rPr>
        <w:t>E-commerce architecture: categories, products, SKU structure, pricing and stock structure.</w:t>
      </w:r>
    </w:p>
    <w:p>
      <w:pPr>
        <w:pStyle w:val="ListBullet"/>
        <w:spacing w:after="30"/>
        <w:ind w:left="216" w:hanging="173"/>
      </w:pPr>
      <w:r>
        <w:rPr>
          <w:rFonts w:ascii="Aptos" w:hAnsi="Aptos"/>
          <w:sz w:val="18"/>
        </w:rPr>
        <w:t>Customer journey and order workflow design.</w:t>
      </w:r>
    </w:p>
    <w:p>
      <w:pPr>
        <w:pStyle w:val="ListBullet"/>
        <w:spacing w:after="30"/>
        <w:ind w:left="216" w:hanging="173"/>
      </w:pPr>
      <w:r>
        <w:rPr>
          <w:rFonts w:ascii="Aptos" w:hAnsi="Aptos"/>
          <w:sz w:val="18"/>
        </w:rPr>
        <w:t>Product catalogue and product-detail experience.</w:t>
      </w:r>
    </w:p>
    <w:p>
      <w:pPr>
        <w:pStyle w:val="ListBullet"/>
        <w:spacing w:after="30"/>
        <w:ind w:left="216" w:hanging="173"/>
      </w:pPr>
      <w:r>
        <w:rPr>
          <w:rFonts w:ascii="Aptos" w:hAnsi="Aptos"/>
          <w:sz w:val="18"/>
        </w:rPr>
        <w:t>Cart, checkout and customer-detail capture.</w:t>
      </w:r>
    </w:p>
    <w:p>
      <w:pPr>
        <w:pStyle w:val="ListBullet"/>
        <w:spacing w:after="30"/>
        <w:ind w:left="216" w:hanging="173"/>
      </w:pPr>
      <w:r>
        <w:rPr>
          <w:rFonts w:ascii="Aptos" w:hAnsi="Aptos"/>
          <w:sz w:val="18"/>
        </w:rPr>
        <w:t>Basic order administration and stock display.</w:t>
      </w:r>
    </w:p>
    <w:p>
      <w:pPr>
        <w:pStyle w:val="ListBullet"/>
        <w:spacing w:after="30"/>
        <w:ind w:left="216" w:hanging="173"/>
      </w:pPr>
      <w:r>
        <w:rPr>
          <w:rFonts w:ascii="Aptos" w:hAnsi="Aptos"/>
          <w:sz w:val="18"/>
        </w:rPr>
        <w:t>Payment integration where applicable and where the merchant/payment account is available.</w:t>
      </w:r>
    </w:p>
    <w:p>
      <w:pPr>
        <w:pStyle w:val="ListBullet"/>
        <w:spacing w:after="30"/>
        <w:ind w:left="216" w:hanging="173"/>
      </w:pPr>
      <w:r>
        <w:rPr>
          <w:rFonts w:ascii="Aptos" w:hAnsi="Aptos"/>
          <w:sz w:val="18"/>
        </w:rPr>
        <w:t>Notification and customer workflow integration.</w:t>
      </w:r>
    </w:p>
    <w:p>
      <w:pPr>
        <w:pStyle w:val="ListBullet"/>
        <w:spacing w:after="30"/>
        <w:ind w:left="216" w:hanging="173"/>
      </w:pPr>
      <w:r>
        <w:rPr>
          <w:rFonts w:ascii="Aptos" w:hAnsi="Aptos"/>
          <w:sz w:val="18"/>
        </w:rPr>
        <w:t>End-to-end testing, production preparation, deployment and administrator training.</w:t>
      </w:r>
    </w:p>
    <w:p>
      <w:pPr>
        <w:pStyle w:val="Heading2"/>
        <w:keepNext/>
      </w:pPr>
      <w:r>
        <w:t>Level 3 — Advanced (4 Days | RM5,000 / Company)</w:t>
      </w:r>
    </w:p>
    <w:p>
      <w:pPr>
        <w:pStyle w:val="ListBullet"/>
        <w:spacing w:after="30"/>
        <w:ind w:left="216" w:hanging="173"/>
      </w:pPr>
      <w:r>
        <w:rPr>
          <w:rFonts w:ascii="Aptos" w:hAnsi="Aptos"/>
          <w:sz w:val="18"/>
        </w:rPr>
        <w:t>Business-process mapping and user-role design.</w:t>
      </w:r>
    </w:p>
    <w:p>
      <w:pPr>
        <w:pStyle w:val="ListBullet"/>
        <w:spacing w:after="30"/>
        <w:ind w:left="216" w:hanging="173"/>
      </w:pPr>
      <w:r>
        <w:rPr>
          <w:rFonts w:ascii="Aptos" w:hAnsi="Aptos"/>
          <w:sz w:val="18"/>
        </w:rPr>
        <w:t>Database/data structure and module-selection planning.</w:t>
      </w:r>
    </w:p>
    <w:p>
      <w:pPr>
        <w:pStyle w:val="ListBullet"/>
        <w:spacing w:after="30"/>
        <w:ind w:left="216" w:hanging="173"/>
      </w:pPr>
      <w:r>
        <w:rPr>
          <w:rFonts w:ascii="Aptos" w:hAnsi="Aptos"/>
          <w:sz w:val="18"/>
        </w:rPr>
        <w:t>Selected operational modules based on confirmed company requirements — examples include CRM, inventory, sales, finance, HR, tasks, SOP, documents, procurement, customer management and reporting.</w:t>
      </w:r>
    </w:p>
    <w:p>
      <w:pPr>
        <w:pStyle w:val="ListBullet"/>
        <w:spacing w:after="30"/>
        <w:ind w:left="216" w:hanging="173"/>
      </w:pPr>
      <w:r>
        <w:rPr>
          <w:rFonts w:ascii="Aptos" w:hAnsi="Aptos"/>
          <w:sz w:val="18"/>
        </w:rPr>
        <w:t>Workflow automation, alerts and notifications.</w:t>
      </w:r>
    </w:p>
    <w:p>
      <w:pPr>
        <w:pStyle w:val="ListBullet"/>
        <w:spacing w:after="30"/>
        <w:ind w:left="216" w:hanging="173"/>
      </w:pPr>
      <w:r>
        <w:rPr>
          <w:rFonts w:ascii="Aptos" w:hAnsi="Aptos"/>
          <w:sz w:val="18"/>
        </w:rPr>
        <w:t>AI-assisted operations, business-data queries and controlled agent workflows.</w:t>
      </w:r>
    </w:p>
    <w:p>
      <w:pPr>
        <w:pStyle w:val="ListBullet"/>
        <w:spacing w:after="30"/>
        <w:ind w:left="216" w:hanging="173"/>
      </w:pPr>
      <w:r>
        <w:rPr>
          <w:rFonts w:ascii="Aptos" w:hAnsi="Aptos"/>
          <w:sz w:val="18"/>
        </w:rPr>
        <w:t>API/external-system integration where applicable.</w:t>
      </w:r>
    </w:p>
    <w:p>
      <w:pPr>
        <w:pStyle w:val="ListBullet"/>
        <w:spacing w:after="30"/>
        <w:ind w:left="216" w:hanging="173"/>
      </w:pPr>
      <w:r>
        <w:rPr>
          <w:rFonts w:ascii="Aptos" w:hAnsi="Aptos"/>
          <w:sz w:val="18"/>
        </w:rPr>
        <w:t>Final functional, access, workflow, integration and data validation tests.</w:t>
      </w:r>
    </w:p>
    <w:p>
      <w:pPr>
        <w:pStyle w:val="ListBullet"/>
        <w:spacing w:after="30"/>
        <w:ind w:left="216" w:hanging="173"/>
      </w:pPr>
      <w:r>
        <w:rPr>
          <w:rFonts w:ascii="Aptos" w:hAnsi="Aptos"/>
          <w:sz w:val="18"/>
        </w:rPr>
        <w:t>Security verification, backup verification and production deployment.</w:t>
      </w:r>
    </w:p>
    <w:p>
      <w:pPr>
        <w:pStyle w:val="ListBullet"/>
        <w:spacing w:after="30"/>
        <w:ind w:left="216" w:hanging="173"/>
      </w:pPr>
      <w:r>
        <w:rPr>
          <w:rFonts w:ascii="Aptos" w:hAnsi="Aptos"/>
          <w:sz w:val="18"/>
        </w:rPr>
        <w:t>Final demonstration, administrator training, documentation and official handover.</w:t>
      </w:r>
    </w:p>
    <w:p>
      <w:pPr>
        <w:pStyle w:val="ListBullet"/>
        <w:spacing w:after="30"/>
        <w:ind w:left="216" w:hanging="173"/>
      </w:pPr>
      <w:r>
        <w:rPr>
          <w:rFonts w:ascii="Aptos" w:hAnsi="Aptos"/>
          <w:sz w:val="18"/>
        </w:rPr>
        <w:t>30/60/90-day implementation roadmap.</w:t>
      </w:r>
    </w:p>
    <w:p>
      <w:pPr>
        <w:pStyle w:val="SmallNote"/>
      </w:pPr>
      <w:r>
        <w:rPr>
          <w:rFonts w:ascii="Aptos" w:hAnsi="Aptos"/>
          <w:i/>
          <w:color w:val="67737E"/>
          <w:sz w:val="16"/>
        </w:rPr>
        <w:t>Scope control: The Advanced level does not imply that every company receives every listed module. Modules are selected according to confirmed business requirements, data availability and the agreed implementation scope.</w:t>
      </w:r>
    </w:p>
    <w:p>
      <w:pPr>
        <w:pStyle w:val="Heading1"/>
        <w:keepNext/>
      </w:pPr>
      <w:r>
        <w:t>8. Full 10-Day Itinerary</w:t>
      </w:r>
    </w:p>
    <w:p>
      <w:r>
        <w:rPr>
          <w:rFonts w:ascii="Aptos" w:hAnsi="Aptos"/>
          <w:sz w:val="19"/>
        </w:rPr>
        <w:t>The itinerary below is the proposed delivery structure. Exact start/end times can be adapted to the final venue and organiser requirements, while maintaining the agreed learning and implementation outcomes. Day 10 timing is fixed in this proposal to preserve final testing and handover discipline.</w:t>
      </w:r>
    </w:p>
    <w:p>
      <w:pPr>
        <w:pStyle w:val="Heading2"/>
        <w:keepNext/>
      </w:pPr>
      <w:r>
        <w:rPr>
          <w:rFonts w:ascii="Aptos" w:hAnsi="Aptos"/>
          <w:b/>
          <w:color w:val="187A73"/>
          <w:sz w:val="25"/>
        </w:rPr>
        <w:t>Day 1 — Business Foundation, Website Architecture, SEO &amp; Security</w:t>
      </w:r>
    </w:p>
    <w:tbl>
      <w:tblPr>
        <w:tblW w:type="auto" w:w="0"/>
        <w:jc w:val="center"/>
        <w:tblLayout w:type="fixed"/>
        <w:tblLook w:firstColumn="1" w:firstRow="1" w:lastColumn="0" w:lastRow="0" w:noHBand="0" w:noVBand="1" w:val="04A0"/>
      </w:tblPr>
      <w:tblGrid>
        <w:gridCol w:w="4997"/>
        <w:gridCol w:w="4997"/>
      </w:tblGrid>
      <w:tr>
        <w:trPr>
          <w:tblHeader/>
          <w:cantSplit/>
        </w:trPr>
        <w:tc>
          <w:tcPr>
            <w:tcW w:type="dxa" w:w="1800"/>
            <w:shd w:fill="12314A"/>
            <w:tcMar>
              <w:top w:w="80" w:type="dxa"/>
              <w:start w:w="100" w:type="dxa"/>
              <w:bottom w:w="80" w:type="dxa"/>
              <w:end w:w="100" w:type="dxa"/>
            </w:tcMar>
            <w:vAlign w:val="center"/>
            <w:tcBorders>
              <w:bottom w:val="single" w:sz="6" w:color="12314A"/>
            </w:tcBorders>
          </w:tcPr>
          <w:p>
            <w:pPr>
              <w:keepLines/>
              <w:jc w:val="left"/>
            </w:pPr>
            <w:r/>
            <w:r>
              <w:rPr>
                <w:rFonts w:ascii="Aptos" w:hAnsi="Aptos"/>
                <w:b/>
                <w:color w:val="FFFFFF"/>
                <w:sz w:val="17"/>
              </w:rPr>
              <w:t>Time</w:t>
            </w:r>
          </w:p>
        </w:tc>
        <w:tc>
          <w:tcPr>
            <w:tcW w:type="dxa" w:w="8136"/>
            <w:shd w:fill="12314A"/>
            <w:tcMar>
              <w:top w:w="80" w:type="dxa"/>
              <w:start w:w="100" w:type="dxa"/>
              <w:bottom w:w="80" w:type="dxa"/>
              <w:end w:w="100" w:type="dxa"/>
            </w:tcMar>
            <w:vAlign w:val="center"/>
            <w:tcBorders>
              <w:bottom w:val="single" w:sz="6" w:color="12314A"/>
            </w:tcBorders>
          </w:tcPr>
          <w:p>
            <w:pPr>
              <w:keepLines/>
              <w:jc w:val="left"/>
            </w:pPr>
            <w:r/>
            <w:r>
              <w:rPr>
                <w:rFonts w:ascii="Aptos" w:hAnsi="Aptos"/>
                <w:b/>
                <w:color w:val="FFFFFF"/>
                <w:sz w:val="17"/>
              </w:rPr>
              <w:t>Activity</w:t>
            </w:r>
          </w:p>
        </w:tc>
      </w:tr>
      <w:tr>
        <w:trPr>
          <w:cantSplit/>
        </w:trPr>
        <w:tc>
          <w:tcPr>
            <w:tcW w:type="dxa" w:w="1800"/>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09:00–09:30</w:t>
            </w:r>
          </w:p>
        </w:tc>
        <w:tc>
          <w:tcPr>
            <w:tcW w:type="dxa" w:w="8136"/>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Opening, objectives and company profile confirmation</w:t>
            </w:r>
          </w:p>
        </w:tc>
      </w:tr>
      <w:tr>
        <w:trPr>
          <w:cantSplit/>
        </w:trPr>
        <w:tc>
          <w:tcPr>
            <w:tcW w:type="dxa" w:w="1800"/>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09:30–10:45</w:t>
            </w:r>
          </w:p>
        </w:tc>
        <w:tc>
          <w:tcPr>
            <w:tcW w:type="dxa" w:w="8136"/>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Business discovery: customer, offer, workflow and digital gaps</w:t>
            </w:r>
          </w:p>
        </w:tc>
      </w:tr>
      <w:tr>
        <w:trPr>
          <w:cantSplit/>
        </w:trPr>
        <w:tc>
          <w:tcPr>
            <w:tcW w:type="dxa" w:w="1800"/>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11:00–12:30</w:t>
            </w:r>
          </w:p>
        </w:tc>
        <w:tc>
          <w:tcPr>
            <w:tcW w:type="dxa" w:w="8136"/>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Website architecture: sitemap, priority pages and content plan</w:t>
            </w:r>
          </w:p>
        </w:tc>
      </w:tr>
      <w:tr>
        <w:trPr>
          <w:cantSplit/>
        </w:trPr>
        <w:tc>
          <w:tcPr>
            <w:tcW w:type="dxa" w:w="1800"/>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13:30–15:00</w:t>
            </w:r>
          </w:p>
        </w:tc>
        <w:tc>
          <w:tcPr>
            <w:tcW w:type="dxa" w:w="8136"/>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SEO foundation: search intent, page titles, content structure and discoverability</w:t>
            </w:r>
          </w:p>
        </w:tc>
      </w:tr>
      <w:tr>
        <w:trPr>
          <w:cantSplit/>
        </w:trPr>
        <w:tc>
          <w:tcPr>
            <w:tcW w:type="dxa" w:w="1800"/>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15:15–16:30</w:t>
            </w:r>
          </w:p>
        </w:tc>
        <w:tc>
          <w:tcPr>
            <w:tcW w:type="dxa" w:w="8136"/>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Security baseline: HTTPS, access model, backup/logging plan and safe admin practice</w:t>
            </w:r>
          </w:p>
        </w:tc>
      </w:tr>
      <w:tr>
        <w:trPr>
          <w:cantSplit/>
        </w:trPr>
        <w:tc>
          <w:tcPr>
            <w:tcW w:type="dxa" w:w="1800"/>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16:30–17:30</w:t>
            </w:r>
          </w:p>
        </w:tc>
        <w:tc>
          <w:tcPr>
            <w:tcW w:type="dxa" w:w="8136"/>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Build plan, company-specific requirements and Day-1 quality gate</w:t>
            </w:r>
          </w:p>
        </w:tc>
      </w:tr>
    </w:tbl>
    <w:p>
      <w:pPr>
        <w:spacing w:after="20"/>
      </w:pPr>
    </w:p>
    <w:tbl>
      <w:tblPr>
        <w:tblW w:type="auto" w:w="0"/>
        <w:jc w:val="center"/>
        <w:tblLayout w:type="autofit"/>
        <w:tblLook w:firstColumn="1" w:firstRow="1" w:lastColumn="0" w:lastRow="0" w:noHBand="0" w:noVBand="1" w:val="04A0"/>
      </w:tblPr>
      <w:tblGrid>
        <w:gridCol w:w="9994"/>
      </w:tblGrid>
      <w:tr>
        <w:trPr>
          <w:cantSplit/>
        </w:trPr>
        <w:tc>
          <w:tcPr>
            <w:tcW w:type="dxa" w:w="9994"/>
            <w:shd w:fill="F3F5F7"/>
            <w:tcMar>
              <w:top w:w="120" w:type="dxa"/>
              <w:start w:w="160" w:type="dxa"/>
              <w:bottom w:w="120" w:type="dxa"/>
              <w:end w:w="160" w:type="dxa"/>
            </w:tcMar>
            <w:tcBorders>
              <w:top w:val="single" w:sz="2" w:color="D7DEE4"/>
              <w:left w:val="single" w:sz="18" w:color="187A73"/>
              <w:bottom w:val="single" w:sz="2" w:color="D7DEE4"/>
              <w:right w:val="single" w:sz="2" w:color="D7DEE4"/>
            </w:tcBorders>
          </w:tcPr>
          <w:p>
            <w:pPr>
              <w:keepLines/>
              <w:spacing w:after="40"/>
            </w:pPr>
            <w:r>
              <w:rPr>
                <w:rFonts w:ascii="Aptos" w:hAnsi="Aptos"/>
                <w:b/>
                <w:color w:val="187A73"/>
                <w:sz w:val="20"/>
              </w:rPr>
              <w:t>Day outcome</w:t>
            </w:r>
          </w:p>
          <w:p>
            <w:pPr>
              <w:keepLines/>
              <w:spacing w:after="0"/>
            </w:pPr>
            <w:r>
              <w:rPr>
                <w:rFonts w:ascii="Aptos" w:hAnsi="Aptos"/>
                <w:color w:val="17232C"/>
                <w:sz w:val="18"/>
              </w:rPr>
              <w:t>Output: Approved website/system foundation, SEO structure, security baseline and implementation plan.</w:t>
            </w:r>
          </w:p>
        </w:tc>
      </w:tr>
    </w:tbl>
    <w:p>
      <w:pPr>
        <w:spacing w:after="20"/>
      </w:pPr>
    </w:p>
    <w:p>
      <w:pPr>
        <w:pStyle w:val="Heading2"/>
        <w:keepNext/>
      </w:pPr>
      <w:r>
        <w:rPr>
          <w:rFonts w:ascii="Aptos" w:hAnsi="Aptos"/>
          <w:b/>
          <w:color w:val="187A73"/>
          <w:sz w:val="25"/>
        </w:rPr>
        <w:t>Day 2 — Website Build &amp; Content</w:t>
      </w:r>
    </w:p>
    <w:tbl>
      <w:tblPr>
        <w:tblW w:type="auto" w:w="0"/>
        <w:jc w:val="center"/>
        <w:tblLayout w:type="fixed"/>
        <w:tblLook w:firstColumn="1" w:firstRow="1" w:lastColumn="0" w:lastRow="0" w:noHBand="0" w:noVBand="1" w:val="04A0"/>
      </w:tblPr>
      <w:tblGrid>
        <w:gridCol w:w="4997"/>
        <w:gridCol w:w="4997"/>
      </w:tblGrid>
      <w:tr>
        <w:trPr>
          <w:tblHeader/>
          <w:cantSplit/>
        </w:trPr>
        <w:tc>
          <w:tcPr>
            <w:tcW w:type="dxa" w:w="1800"/>
            <w:shd w:fill="12314A"/>
            <w:tcMar>
              <w:top w:w="80" w:type="dxa"/>
              <w:start w:w="100" w:type="dxa"/>
              <w:bottom w:w="80" w:type="dxa"/>
              <w:end w:w="100" w:type="dxa"/>
            </w:tcMar>
            <w:vAlign w:val="center"/>
            <w:tcBorders>
              <w:bottom w:val="single" w:sz="6" w:color="12314A"/>
            </w:tcBorders>
          </w:tcPr>
          <w:p>
            <w:pPr>
              <w:keepLines/>
              <w:jc w:val="left"/>
            </w:pPr>
            <w:r/>
            <w:r>
              <w:rPr>
                <w:rFonts w:ascii="Aptos" w:hAnsi="Aptos"/>
                <w:b/>
                <w:color w:val="FFFFFF"/>
                <w:sz w:val="17"/>
              </w:rPr>
              <w:t>Time</w:t>
            </w:r>
          </w:p>
        </w:tc>
        <w:tc>
          <w:tcPr>
            <w:tcW w:type="dxa" w:w="8136"/>
            <w:shd w:fill="12314A"/>
            <w:tcMar>
              <w:top w:w="80" w:type="dxa"/>
              <w:start w:w="100" w:type="dxa"/>
              <w:bottom w:w="80" w:type="dxa"/>
              <w:end w:w="100" w:type="dxa"/>
            </w:tcMar>
            <w:vAlign w:val="center"/>
            <w:tcBorders>
              <w:bottom w:val="single" w:sz="6" w:color="12314A"/>
            </w:tcBorders>
          </w:tcPr>
          <w:p>
            <w:pPr>
              <w:keepLines/>
              <w:jc w:val="left"/>
            </w:pPr>
            <w:r/>
            <w:r>
              <w:rPr>
                <w:rFonts w:ascii="Aptos" w:hAnsi="Aptos"/>
                <w:b/>
                <w:color w:val="FFFFFF"/>
                <w:sz w:val="17"/>
              </w:rPr>
              <w:t>Activity</w:t>
            </w:r>
          </w:p>
        </w:tc>
      </w:tr>
      <w:tr>
        <w:trPr>
          <w:cantSplit/>
        </w:trPr>
        <w:tc>
          <w:tcPr>
            <w:tcW w:type="dxa" w:w="1800"/>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09:00–10:30</w:t>
            </w:r>
          </w:p>
        </w:tc>
        <w:tc>
          <w:tcPr>
            <w:tcW w:type="dxa" w:w="8136"/>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Homepage and core navigation build</w:t>
            </w:r>
          </w:p>
        </w:tc>
      </w:tr>
      <w:tr>
        <w:trPr>
          <w:cantSplit/>
        </w:trPr>
        <w:tc>
          <w:tcPr>
            <w:tcW w:type="dxa" w:w="1800"/>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10:45–12:30</w:t>
            </w:r>
          </w:p>
        </w:tc>
        <w:tc>
          <w:tcPr>
            <w:tcW w:type="dxa" w:w="8136"/>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Company profile and product/service pages</w:t>
            </w:r>
          </w:p>
        </w:tc>
      </w:tr>
      <w:tr>
        <w:trPr>
          <w:cantSplit/>
        </w:trPr>
        <w:tc>
          <w:tcPr>
            <w:tcW w:type="dxa" w:w="1800"/>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13:30–15:00</w:t>
            </w:r>
          </w:p>
        </w:tc>
        <w:tc>
          <w:tcPr>
            <w:tcW w:type="dxa" w:w="8136"/>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Content, imagery, CTA and enquiry/contact flow</w:t>
            </w:r>
          </w:p>
        </w:tc>
      </w:tr>
      <w:tr>
        <w:trPr>
          <w:cantSplit/>
        </w:trPr>
        <w:tc>
          <w:tcPr>
            <w:tcW w:type="dxa" w:w="1800"/>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15:15–16:30</w:t>
            </w:r>
          </w:p>
        </w:tc>
        <w:tc>
          <w:tcPr>
            <w:tcW w:type="dxa" w:w="8136"/>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Responsive/mobile refinement and accessibility basics</w:t>
            </w:r>
          </w:p>
        </w:tc>
      </w:tr>
      <w:tr>
        <w:trPr>
          <w:cantSplit/>
        </w:trPr>
        <w:tc>
          <w:tcPr>
            <w:tcW w:type="dxa" w:w="1800"/>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16:30–17:30</w:t>
            </w:r>
          </w:p>
        </w:tc>
        <w:tc>
          <w:tcPr>
            <w:tcW w:type="dxa" w:w="8136"/>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SEO implementation, participant review and corrections</w:t>
            </w:r>
          </w:p>
        </w:tc>
      </w:tr>
    </w:tbl>
    <w:p>
      <w:pPr>
        <w:spacing w:after="20"/>
      </w:pPr>
    </w:p>
    <w:tbl>
      <w:tblPr>
        <w:tblW w:type="auto" w:w="0"/>
        <w:jc w:val="center"/>
        <w:tblLayout w:type="autofit"/>
        <w:tblLook w:firstColumn="1" w:firstRow="1" w:lastColumn="0" w:lastRow="0" w:noHBand="0" w:noVBand="1" w:val="04A0"/>
      </w:tblPr>
      <w:tblGrid>
        <w:gridCol w:w="9994"/>
      </w:tblGrid>
      <w:tr>
        <w:trPr>
          <w:cantSplit/>
        </w:trPr>
        <w:tc>
          <w:tcPr>
            <w:tcW w:type="dxa" w:w="9994"/>
            <w:shd w:fill="F3F5F7"/>
            <w:tcMar>
              <w:top w:w="120" w:type="dxa"/>
              <w:start w:w="160" w:type="dxa"/>
              <w:bottom w:w="120" w:type="dxa"/>
              <w:end w:w="160" w:type="dxa"/>
            </w:tcMar>
            <w:tcBorders>
              <w:top w:val="single" w:sz="2" w:color="D7DEE4"/>
              <w:left w:val="single" w:sz="18" w:color="187A73"/>
              <w:bottom w:val="single" w:sz="2" w:color="D7DEE4"/>
              <w:right w:val="single" w:sz="2" w:color="D7DEE4"/>
            </w:tcBorders>
          </w:tcPr>
          <w:p>
            <w:pPr>
              <w:keepLines/>
              <w:spacing w:after="40"/>
            </w:pPr>
            <w:r>
              <w:rPr>
                <w:rFonts w:ascii="Aptos" w:hAnsi="Aptos"/>
                <w:b/>
                <w:color w:val="187A73"/>
                <w:sz w:val="20"/>
              </w:rPr>
              <w:t>Day outcome</w:t>
            </w:r>
          </w:p>
          <w:p>
            <w:pPr>
              <w:keepLines/>
              <w:spacing w:after="0"/>
            </w:pPr>
            <w:r>
              <w:rPr>
                <w:rFonts w:ascii="Aptos" w:hAnsi="Aptos"/>
                <w:color w:val="17232C"/>
                <w:sz w:val="18"/>
              </w:rPr>
              <w:t>Output: Working responsive business website draft populated with company content.</w:t>
            </w:r>
          </w:p>
        </w:tc>
      </w:tr>
    </w:tbl>
    <w:p>
      <w:pPr>
        <w:spacing w:after="20"/>
      </w:pPr>
    </w:p>
    <w:p>
      <w:pPr>
        <w:pStyle w:val="Heading2"/>
        <w:keepNext/>
      </w:pPr>
      <w:r>
        <w:rPr>
          <w:rFonts w:ascii="Aptos" w:hAnsi="Aptos"/>
          <w:b/>
          <w:color w:val="187A73"/>
          <w:sz w:val="25"/>
        </w:rPr>
        <w:t>Day 3 — Dashboard, Validation, Deployment &amp; Admin Training</w:t>
      </w:r>
    </w:p>
    <w:tbl>
      <w:tblPr>
        <w:tblW w:type="auto" w:w="0"/>
        <w:jc w:val="center"/>
        <w:tblLayout w:type="fixed"/>
        <w:tblLook w:firstColumn="1" w:firstRow="1" w:lastColumn="0" w:lastRow="0" w:noHBand="0" w:noVBand="1" w:val="04A0"/>
      </w:tblPr>
      <w:tblGrid>
        <w:gridCol w:w="4997"/>
        <w:gridCol w:w="4997"/>
      </w:tblGrid>
      <w:tr>
        <w:trPr>
          <w:tblHeader/>
          <w:cantSplit/>
        </w:trPr>
        <w:tc>
          <w:tcPr>
            <w:tcW w:type="dxa" w:w="1800"/>
            <w:shd w:fill="12314A"/>
            <w:tcMar>
              <w:top w:w="80" w:type="dxa"/>
              <w:start w:w="100" w:type="dxa"/>
              <w:bottom w:w="80" w:type="dxa"/>
              <w:end w:w="100" w:type="dxa"/>
            </w:tcMar>
            <w:vAlign w:val="center"/>
            <w:tcBorders>
              <w:bottom w:val="single" w:sz="6" w:color="12314A"/>
            </w:tcBorders>
          </w:tcPr>
          <w:p>
            <w:pPr>
              <w:keepLines/>
              <w:jc w:val="left"/>
            </w:pPr>
            <w:r/>
            <w:r>
              <w:rPr>
                <w:rFonts w:ascii="Aptos" w:hAnsi="Aptos"/>
                <w:b/>
                <w:color w:val="FFFFFF"/>
                <w:sz w:val="17"/>
              </w:rPr>
              <w:t>Time</w:t>
            </w:r>
          </w:p>
        </w:tc>
        <w:tc>
          <w:tcPr>
            <w:tcW w:type="dxa" w:w="8136"/>
            <w:shd w:fill="12314A"/>
            <w:tcMar>
              <w:top w:w="80" w:type="dxa"/>
              <w:start w:w="100" w:type="dxa"/>
              <w:bottom w:w="80" w:type="dxa"/>
              <w:end w:w="100" w:type="dxa"/>
            </w:tcMar>
            <w:vAlign w:val="center"/>
            <w:tcBorders>
              <w:bottom w:val="single" w:sz="6" w:color="12314A"/>
            </w:tcBorders>
          </w:tcPr>
          <w:p>
            <w:pPr>
              <w:keepLines/>
              <w:jc w:val="left"/>
            </w:pPr>
            <w:r/>
            <w:r>
              <w:rPr>
                <w:rFonts w:ascii="Aptos" w:hAnsi="Aptos"/>
                <w:b/>
                <w:color w:val="FFFFFF"/>
                <w:sz w:val="17"/>
              </w:rPr>
              <w:t>Activity</w:t>
            </w:r>
          </w:p>
        </w:tc>
      </w:tr>
      <w:tr>
        <w:trPr>
          <w:cantSplit/>
        </w:trPr>
        <w:tc>
          <w:tcPr>
            <w:tcW w:type="dxa" w:w="1800"/>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09:00–10:30</w:t>
            </w:r>
          </w:p>
        </w:tc>
        <w:tc>
          <w:tcPr>
            <w:tcW w:type="dxa" w:w="8136"/>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Dashboard/KPI structure and data-source setup</w:t>
            </w:r>
          </w:p>
        </w:tc>
      </w:tr>
      <w:tr>
        <w:trPr>
          <w:cantSplit/>
        </w:trPr>
        <w:tc>
          <w:tcPr>
            <w:tcW w:type="dxa" w:w="1800"/>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10:45–12:30</w:t>
            </w:r>
          </w:p>
        </w:tc>
        <w:tc>
          <w:tcPr>
            <w:tcW w:type="dxa" w:w="8136"/>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User roles, access control and management views</w:t>
            </w:r>
          </w:p>
        </w:tc>
      </w:tr>
      <w:tr>
        <w:trPr>
          <w:cantSplit/>
        </w:trPr>
        <w:tc>
          <w:tcPr>
            <w:tcW w:type="dxa" w:w="1800"/>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13:30–15:00</w:t>
            </w:r>
          </w:p>
        </w:tc>
        <w:tc>
          <w:tcPr>
            <w:tcW w:type="dxa" w:w="8136"/>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Functional, mobile, SEO and security verification</w:t>
            </w:r>
          </w:p>
        </w:tc>
      </w:tr>
      <w:tr>
        <w:trPr>
          <w:cantSplit/>
        </w:trPr>
        <w:tc>
          <w:tcPr>
            <w:tcW w:type="dxa" w:w="1800"/>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15:15–16:15</w:t>
            </w:r>
          </w:p>
        </w:tc>
        <w:tc>
          <w:tcPr>
            <w:tcW w:type="dxa" w:w="8136"/>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Backup verification and production deployment</w:t>
            </w:r>
          </w:p>
        </w:tc>
      </w:tr>
      <w:tr>
        <w:trPr>
          <w:cantSplit/>
        </w:trPr>
        <w:tc>
          <w:tcPr>
            <w:tcW w:type="dxa" w:w="1800"/>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16:15–17:30</w:t>
            </w:r>
          </w:p>
        </w:tc>
        <w:tc>
          <w:tcPr>
            <w:tcW w:type="dxa" w:w="8136"/>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Administrator training, acceptance review and Level-1 handover checkpoint</w:t>
            </w:r>
          </w:p>
        </w:tc>
      </w:tr>
    </w:tbl>
    <w:p>
      <w:pPr>
        <w:spacing w:after="20"/>
      </w:pPr>
    </w:p>
    <w:tbl>
      <w:tblPr>
        <w:tblW w:type="auto" w:w="0"/>
        <w:jc w:val="center"/>
        <w:tblLayout w:type="autofit"/>
        <w:tblLook w:firstColumn="1" w:firstRow="1" w:lastColumn="0" w:lastRow="0" w:noHBand="0" w:noVBand="1" w:val="04A0"/>
      </w:tblPr>
      <w:tblGrid>
        <w:gridCol w:w="9994"/>
      </w:tblGrid>
      <w:tr>
        <w:trPr>
          <w:cantSplit/>
        </w:trPr>
        <w:tc>
          <w:tcPr>
            <w:tcW w:type="dxa" w:w="9994"/>
            <w:shd w:fill="F3F5F7"/>
            <w:tcMar>
              <w:top w:w="120" w:type="dxa"/>
              <w:start w:w="160" w:type="dxa"/>
              <w:bottom w:w="120" w:type="dxa"/>
              <w:end w:w="160" w:type="dxa"/>
            </w:tcMar>
            <w:tcBorders>
              <w:top w:val="single" w:sz="2" w:color="D7DEE4"/>
              <w:left w:val="single" w:sz="18" w:color="187A73"/>
              <w:bottom w:val="single" w:sz="2" w:color="D7DEE4"/>
              <w:right w:val="single" w:sz="2" w:color="D7DEE4"/>
            </w:tcBorders>
          </w:tcPr>
          <w:p>
            <w:pPr>
              <w:keepLines/>
              <w:spacing w:after="40"/>
            </w:pPr>
            <w:r>
              <w:rPr>
                <w:rFonts w:ascii="Aptos" w:hAnsi="Aptos"/>
                <w:b/>
                <w:color w:val="187A73"/>
                <w:sz w:val="20"/>
              </w:rPr>
              <w:t>Day outcome</w:t>
            </w:r>
          </w:p>
          <w:p>
            <w:pPr>
              <w:keepLines/>
              <w:spacing w:after="0"/>
            </w:pPr>
            <w:r>
              <w:rPr>
                <w:rFonts w:ascii="Aptos" w:hAnsi="Aptos"/>
                <w:color w:val="17232C"/>
                <w:sz w:val="18"/>
              </w:rPr>
              <w:t>Output: Deployed digital foundation with dashboard and administrator capability.</w:t>
            </w:r>
          </w:p>
        </w:tc>
      </w:tr>
    </w:tbl>
    <w:p>
      <w:pPr>
        <w:spacing w:after="20"/>
      </w:pPr>
    </w:p>
    <w:p>
      <w:pPr>
        <w:pStyle w:val="Heading2"/>
        <w:keepNext/>
      </w:pPr>
      <w:r>
        <w:rPr>
          <w:rFonts w:ascii="Aptos" w:hAnsi="Aptos"/>
          <w:b/>
          <w:color w:val="187A73"/>
          <w:sz w:val="25"/>
        </w:rPr>
        <w:t>Day 4 — E-Commerce Architecture</w:t>
      </w:r>
    </w:p>
    <w:tbl>
      <w:tblPr>
        <w:tblW w:type="auto" w:w="0"/>
        <w:jc w:val="center"/>
        <w:tblLayout w:type="fixed"/>
        <w:tblLook w:firstColumn="1" w:firstRow="1" w:lastColumn="0" w:lastRow="0" w:noHBand="0" w:noVBand="1" w:val="04A0"/>
      </w:tblPr>
      <w:tblGrid>
        <w:gridCol w:w="4997"/>
        <w:gridCol w:w="4997"/>
      </w:tblGrid>
      <w:tr>
        <w:trPr>
          <w:tblHeader/>
          <w:cantSplit/>
        </w:trPr>
        <w:tc>
          <w:tcPr>
            <w:tcW w:type="dxa" w:w="1800"/>
            <w:shd w:fill="12314A"/>
            <w:tcMar>
              <w:top w:w="80" w:type="dxa"/>
              <w:start w:w="100" w:type="dxa"/>
              <w:bottom w:w="80" w:type="dxa"/>
              <w:end w:w="100" w:type="dxa"/>
            </w:tcMar>
            <w:vAlign w:val="center"/>
            <w:tcBorders>
              <w:bottom w:val="single" w:sz="6" w:color="12314A"/>
            </w:tcBorders>
          </w:tcPr>
          <w:p>
            <w:pPr>
              <w:keepLines/>
              <w:jc w:val="left"/>
            </w:pPr>
            <w:r/>
            <w:r>
              <w:rPr>
                <w:rFonts w:ascii="Aptos" w:hAnsi="Aptos"/>
                <w:b/>
                <w:color w:val="FFFFFF"/>
                <w:sz w:val="17"/>
              </w:rPr>
              <w:t>Time</w:t>
            </w:r>
          </w:p>
        </w:tc>
        <w:tc>
          <w:tcPr>
            <w:tcW w:type="dxa" w:w="8136"/>
            <w:shd w:fill="12314A"/>
            <w:tcMar>
              <w:top w:w="80" w:type="dxa"/>
              <w:start w:w="100" w:type="dxa"/>
              <w:bottom w:w="80" w:type="dxa"/>
              <w:end w:w="100" w:type="dxa"/>
            </w:tcMar>
            <w:vAlign w:val="center"/>
            <w:tcBorders>
              <w:bottom w:val="single" w:sz="6" w:color="12314A"/>
            </w:tcBorders>
          </w:tcPr>
          <w:p>
            <w:pPr>
              <w:keepLines/>
              <w:jc w:val="left"/>
            </w:pPr>
            <w:r/>
            <w:r>
              <w:rPr>
                <w:rFonts w:ascii="Aptos" w:hAnsi="Aptos"/>
                <w:b/>
                <w:color w:val="FFFFFF"/>
                <w:sz w:val="17"/>
              </w:rPr>
              <w:t>Activity</w:t>
            </w:r>
          </w:p>
        </w:tc>
      </w:tr>
      <w:tr>
        <w:trPr>
          <w:cantSplit/>
        </w:trPr>
        <w:tc>
          <w:tcPr>
            <w:tcW w:type="dxa" w:w="1800"/>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09:00–10:30</w:t>
            </w:r>
          </w:p>
        </w:tc>
        <w:tc>
          <w:tcPr>
            <w:tcW w:type="dxa" w:w="8136"/>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Commerce objectives, product structure and categories</w:t>
            </w:r>
          </w:p>
        </w:tc>
      </w:tr>
      <w:tr>
        <w:trPr>
          <w:cantSplit/>
        </w:trPr>
        <w:tc>
          <w:tcPr>
            <w:tcW w:type="dxa" w:w="1800"/>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10:45–12:30</w:t>
            </w:r>
          </w:p>
        </w:tc>
        <w:tc>
          <w:tcPr>
            <w:tcW w:type="dxa" w:w="8136"/>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SKU, pricing, stock and product-data structure</w:t>
            </w:r>
          </w:p>
        </w:tc>
      </w:tr>
      <w:tr>
        <w:trPr>
          <w:cantSplit/>
        </w:trPr>
        <w:tc>
          <w:tcPr>
            <w:tcW w:type="dxa" w:w="1800"/>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13:30–15:00</w:t>
            </w:r>
          </w:p>
        </w:tc>
        <w:tc>
          <w:tcPr>
            <w:tcW w:type="dxa" w:w="8136"/>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Customer journey and order workflow mapping</w:t>
            </w:r>
          </w:p>
        </w:tc>
      </w:tr>
      <w:tr>
        <w:trPr>
          <w:cantSplit/>
        </w:trPr>
        <w:tc>
          <w:tcPr>
            <w:tcW w:type="dxa" w:w="1800"/>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15:15–16:30</w:t>
            </w:r>
          </w:p>
        </w:tc>
        <w:tc>
          <w:tcPr>
            <w:tcW w:type="dxa" w:w="8136"/>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Checkout/payment readiness and fulfilment requirements</w:t>
            </w:r>
          </w:p>
        </w:tc>
      </w:tr>
      <w:tr>
        <w:trPr>
          <w:cantSplit/>
        </w:trPr>
        <w:tc>
          <w:tcPr>
            <w:tcW w:type="dxa" w:w="1800"/>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16:30–17:30</w:t>
            </w:r>
          </w:p>
        </w:tc>
        <w:tc>
          <w:tcPr>
            <w:tcW w:type="dxa" w:w="8136"/>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Commerce architecture review and build checklist</w:t>
            </w:r>
          </w:p>
        </w:tc>
      </w:tr>
    </w:tbl>
    <w:p>
      <w:pPr>
        <w:spacing w:after="20"/>
      </w:pPr>
    </w:p>
    <w:tbl>
      <w:tblPr>
        <w:tblW w:type="auto" w:w="0"/>
        <w:jc w:val="center"/>
        <w:tblLayout w:type="autofit"/>
        <w:tblLook w:firstColumn="1" w:firstRow="1" w:lastColumn="0" w:lastRow="0" w:noHBand="0" w:noVBand="1" w:val="04A0"/>
      </w:tblPr>
      <w:tblGrid>
        <w:gridCol w:w="9994"/>
      </w:tblGrid>
      <w:tr>
        <w:trPr>
          <w:cantSplit/>
        </w:trPr>
        <w:tc>
          <w:tcPr>
            <w:tcW w:type="dxa" w:w="9994"/>
            <w:shd w:fill="F3F5F7"/>
            <w:tcMar>
              <w:top w:w="120" w:type="dxa"/>
              <w:start w:w="160" w:type="dxa"/>
              <w:bottom w:w="120" w:type="dxa"/>
              <w:end w:w="160" w:type="dxa"/>
            </w:tcMar>
            <w:tcBorders>
              <w:top w:val="single" w:sz="2" w:color="D7DEE4"/>
              <w:left w:val="single" w:sz="18" w:color="187A73"/>
              <w:bottom w:val="single" w:sz="2" w:color="D7DEE4"/>
              <w:right w:val="single" w:sz="2" w:color="D7DEE4"/>
            </w:tcBorders>
          </w:tcPr>
          <w:p>
            <w:pPr>
              <w:keepLines/>
              <w:spacing w:after="40"/>
            </w:pPr>
            <w:r>
              <w:rPr>
                <w:rFonts w:ascii="Aptos" w:hAnsi="Aptos"/>
                <w:b/>
                <w:color w:val="187A73"/>
                <w:sz w:val="20"/>
              </w:rPr>
              <w:t>Day outcome</w:t>
            </w:r>
          </w:p>
          <w:p>
            <w:pPr>
              <w:keepLines/>
              <w:spacing w:after="0"/>
            </w:pPr>
            <w:r>
              <w:rPr>
                <w:rFonts w:ascii="Aptos" w:hAnsi="Aptos"/>
                <w:color w:val="17232C"/>
                <w:sz w:val="18"/>
              </w:rPr>
              <w:t>Output: Approved e-commerce data model and customer/order journey.</w:t>
            </w:r>
          </w:p>
        </w:tc>
      </w:tr>
    </w:tbl>
    <w:p>
      <w:pPr>
        <w:spacing w:after="20"/>
      </w:pPr>
    </w:p>
    <w:p>
      <w:pPr>
        <w:pStyle w:val="Heading2"/>
        <w:keepNext/>
      </w:pPr>
      <w:r>
        <w:rPr>
          <w:rFonts w:ascii="Aptos" w:hAnsi="Aptos"/>
          <w:b/>
          <w:color w:val="187A73"/>
          <w:sz w:val="25"/>
        </w:rPr>
        <w:t>Day 5 — E-Commerce Build</w:t>
      </w:r>
    </w:p>
    <w:tbl>
      <w:tblPr>
        <w:tblW w:type="auto" w:w="0"/>
        <w:jc w:val="center"/>
        <w:tblLayout w:type="fixed"/>
        <w:tblLook w:firstColumn="1" w:firstRow="1" w:lastColumn="0" w:lastRow="0" w:noHBand="0" w:noVBand="1" w:val="04A0"/>
      </w:tblPr>
      <w:tblGrid>
        <w:gridCol w:w="4997"/>
        <w:gridCol w:w="4997"/>
      </w:tblGrid>
      <w:tr>
        <w:trPr>
          <w:tblHeader/>
          <w:cantSplit/>
        </w:trPr>
        <w:tc>
          <w:tcPr>
            <w:tcW w:type="dxa" w:w="1800"/>
            <w:shd w:fill="12314A"/>
            <w:tcMar>
              <w:top w:w="80" w:type="dxa"/>
              <w:start w:w="100" w:type="dxa"/>
              <w:bottom w:w="80" w:type="dxa"/>
              <w:end w:w="100" w:type="dxa"/>
            </w:tcMar>
            <w:vAlign w:val="center"/>
            <w:tcBorders>
              <w:bottom w:val="single" w:sz="6" w:color="12314A"/>
            </w:tcBorders>
          </w:tcPr>
          <w:p>
            <w:pPr>
              <w:keepLines/>
              <w:jc w:val="left"/>
            </w:pPr>
            <w:r/>
            <w:r>
              <w:rPr>
                <w:rFonts w:ascii="Aptos" w:hAnsi="Aptos"/>
                <w:b/>
                <w:color w:val="FFFFFF"/>
                <w:sz w:val="17"/>
              </w:rPr>
              <w:t>Time</w:t>
            </w:r>
          </w:p>
        </w:tc>
        <w:tc>
          <w:tcPr>
            <w:tcW w:type="dxa" w:w="8136"/>
            <w:shd w:fill="12314A"/>
            <w:tcMar>
              <w:top w:w="80" w:type="dxa"/>
              <w:start w:w="100" w:type="dxa"/>
              <w:bottom w:w="80" w:type="dxa"/>
              <w:end w:w="100" w:type="dxa"/>
            </w:tcMar>
            <w:vAlign w:val="center"/>
            <w:tcBorders>
              <w:bottom w:val="single" w:sz="6" w:color="12314A"/>
            </w:tcBorders>
          </w:tcPr>
          <w:p>
            <w:pPr>
              <w:keepLines/>
              <w:jc w:val="left"/>
            </w:pPr>
            <w:r/>
            <w:r>
              <w:rPr>
                <w:rFonts w:ascii="Aptos" w:hAnsi="Aptos"/>
                <w:b/>
                <w:color w:val="FFFFFF"/>
                <w:sz w:val="17"/>
              </w:rPr>
              <w:t>Activity</w:t>
            </w:r>
          </w:p>
        </w:tc>
      </w:tr>
      <w:tr>
        <w:trPr>
          <w:cantSplit/>
        </w:trPr>
        <w:tc>
          <w:tcPr>
            <w:tcW w:type="dxa" w:w="1800"/>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09:00–10:30</w:t>
            </w:r>
          </w:p>
        </w:tc>
        <w:tc>
          <w:tcPr>
            <w:tcW w:type="dxa" w:w="8136"/>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Catalogue and product-detail experience</w:t>
            </w:r>
          </w:p>
        </w:tc>
      </w:tr>
      <w:tr>
        <w:trPr>
          <w:cantSplit/>
        </w:trPr>
        <w:tc>
          <w:tcPr>
            <w:tcW w:type="dxa" w:w="1800"/>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10:45–12:30</w:t>
            </w:r>
          </w:p>
        </w:tc>
        <w:tc>
          <w:tcPr>
            <w:tcW w:type="dxa" w:w="8136"/>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Cart and quantity controls</w:t>
            </w:r>
          </w:p>
        </w:tc>
      </w:tr>
      <w:tr>
        <w:trPr>
          <w:cantSplit/>
        </w:trPr>
        <w:tc>
          <w:tcPr>
            <w:tcW w:type="dxa" w:w="1800"/>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13:30–15:00</w:t>
            </w:r>
          </w:p>
        </w:tc>
        <w:tc>
          <w:tcPr>
            <w:tcW w:type="dxa" w:w="8136"/>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Checkout and customer-detail capture</w:t>
            </w:r>
          </w:p>
        </w:tc>
      </w:tr>
      <w:tr>
        <w:trPr>
          <w:cantSplit/>
        </w:trPr>
        <w:tc>
          <w:tcPr>
            <w:tcW w:type="dxa" w:w="1800"/>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15:15–16:30</w:t>
            </w:r>
          </w:p>
        </w:tc>
        <w:tc>
          <w:tcPr>
            <w:tcW w:type="dxa" w:w="8136"/>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Order administration and stock display</w:t>
            </w:r>
          </w:p>
        </w:tc>
      </w:tr>
      <w:tr>
        <w:trPr>
          <w:cantSplit/>
        </w:trPr>
        <w:tc>
          <w:tcPr>
            <w:tcW w:type="dxa" w:w="1800"/>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16:30–17:30</w:t>
            </w:r>
          </w:p>
        </w:tc>
        <w:tc>
          <w:tcPr>
            <w:tcW w:type="dxa" w:w="8136"/>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Participant testing and issue log</w:t>
            </w:r>
          </w:p>
        </w:tc>
      </w:tr>
    </w:tbl>
    <w:p>
      <w:pPr>
        <w:spacing w:after="20"/>
      </w:pPr>
    </w:p>
    <w:tbl>
      <w:tblPr>
        <w:tblW w:type="auto" w:w="0"/>
        <w:jc w:val="center"/>
        <w:tblLayout w:type="autofit"/>
        <w:tblLook w:firstColumn="1" w:firstRow="1" w:lastColumn="0" w:lastRow="0" w:noHBand="0" w:noVBand="1" w:val="04A0"/>
      </w:tblPr>
      <w:tblGrid>
        <w:gridCol w:w="9994"/>
      </w:tblGrid>
      <w:tr>
        <w:trPr>
          <w:cantSplit/>
        </w:trPr>
        <w:tc>
          <w:tcPr>
            <w:tcW w:type="dxa" w:w="9994"/>
            <w:shd w:fill="F3F5F7"/>
            <w:tcMar>
              <w:top w:w="120" w:type="dxa"/>
              <w:start w:w="160" w:type="dxa"/>
              <w:bottom w:w="120" w:type="dxa"/>
              <w:end w:w="160" w:type="dxa"/>
            </w:tcMar>
            <w:tcBorders>
              <w:top w:val="single" w:sz="2" w:color="D7DEE4"/>
              <w:left w:val="single" w:sz="18" w:color="187A73"/>
              <w:bottom w:val="single" w:sz="2" w:color="D7DEE4"/>
              <w:right w:val="single" w:sz="2" w:color="D7DEE4"/>
            </w:tcBorders>
          </w:tcPr>
          <w:p>
            <w:pPr>
              <w:keepLines/>
              <w:spacing w:after="40"/>
            </w:pPr>
            <w:r>
              <w:rPr>
                <w:rFonts w:ascii="Aptos" w:hAnsi="Aptos"/>
                <w:b/>
                <w:color w:val="187A73"/>
                <w:sz w:val="20"/>
              </w:rPr>
              <w:t>Day outcome</w:t>
            </w:r>
          </w:p>
          <w:p>
            <w:pPr>
              <w:keepLines/>
              <w:spacing w:after="0"/>
            </w:pPr>
            <w:r>
              <w:rPr>
                <w:rFonts w:ascii="Aptos" w:hAnsi="Aptos"/>
                <w:color w:val="17232C"/>
                <w:sz w:val="18"/>
              </w:rPr>
              <w:t>Output: Working commerce flow from product discovery to order capture.</w:t>
            </w:r>
          </w:p>
        </w:tc>
      </w:tr>
    </w:tbl>
    <w:p>
      <w:pPr>
        <w:spacing w:after="20"/>
      </w:pPr>
    </w:p>
    <w:p>
      <w:pPr>
        <w:pStyle w:val="Heading2"/>
        <w:keepNext/>
      </w:pPr>
      <w:r>
        <w:rPr>
          <w:rFonts w:ascii="Aptos" w:hAnsi="Aptos"/>
          <w:b/>
          <w:color w:val="187A73"/>
          <w:sz w:val="25"/>
        </w:rPr>
        <w:t>Day 6 — Commerce Integration, Testing &amp; Deployment</w:t>
      </w:r>
    </w:p>
    <w:tbl>
      <w:tblPr>
        <w:tblW w:type="auto" w:w="0"/>
        <w:jc w:val="center"/>
        <w:tblLayout w:type="fixed"/>
        <w:tblLook w:firstColumn="1" w:firstRow="1" w:lastColumn="0" w:lastRow="0" w:noHBand="0" w:noVBand="1" w:val="04A0"/>
      </w:tblPr>
      <w:tblGrid>
        <w:gridCol w:w="4997"/>
        <w:gridCol w:w="4997"/>
      </w:tblGrid>
      <w:tr>
        <w:trPr>
          <w:tblHeader/>
          <w:cantSplit/>
        </w:trPr>
        <w:tc>
          <w:tcPr>
            <w:tcW w:type="dxa" w:w="1800"/>
            <w:shd w:fill="12314A"/>
            <w:tcMar>
              <w:top w:w="80" w:type="dxa"/>
              <w:start w:w="100" w:type="dxa"/>
              <w:bottom w:w="80" w:type="dxa"/>
              <w:end w:w="100" w:type="dxa"/>
            </w:tcMar>
            <w:vAlign w:val="center"/>
            <w:tcBorders>
              <w:bottom w:val="single" w:sz="6" w:color="12314A"/>
            </w:tcBorders>
          </w:tcPr>
          <w:p>
            <w:pPr>
              <w:keepLines/>
              <w:jc w:val="left"/>
            </w:pPr>
            <w:r/>
            <w:r>
              <w:rPr>
                <w:rFonts w:ascii="Aptos" w:hAnsi="Aptos"/>
                <w:b/>
                <w:color w:val="FFFFFF"/>
                <w:sz w:val="17"/>
              </w:rPr>
              <w:t>Time</w:t>
            </w:r>
          </w:p>
        </w:tc>
        <w:tc>
          <w:tcPr>
            <w:tcW w:type="dxa" w:w="8136"/>
            <w:shd w:fill="12314A"/>
            <w:tcMar>
              <w:top w:w="80" w:type="dxa"/>
              <w:start w:w="100" w:type="dxa"/>
              <w:bottom w:w="80" w:type="dxa"/>
              <w:end w:w="100" w:type="dxa"/>
            </w:tcMar>
            <w:vAlign w:val="center"/>
            <w:tcBorders>
              <w:bottom w:val="single" w:sz="6" w:color="12314A"/>
            </w:tcBorders>
          </w:tcPr>
          <w:p>
            <w:pPr>
              <w:keepLines/>
              <w:jc w:val="left"/>
            </w:pPr>
            <w:r/>
            <w:r>
              <w:rPr>
                <w:rFonts w:ascii="Aptos" w:hAnsi="Aptos"/>
                <w:b/>
                <w:color w:val="FFFFFF"/>
                <w:sz w:val="17"/>
              </w:rPr>
              <w:t>Activity</w:t>
            </w:r>
          </w:p>
        </w:tc>
      </w:tr>
      <w:tr>
        <w:trPr>
          <w:cantSplit/>
        </w:trPr>
        <w:tc>
          <w:tcPr>
            <w:tcW w:type="dxa" w:w="1800"/>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09:00–10:30</w:t>
            </w:r>
          </w:p>
        </w:tc>
        <w:tc>
          <w:tcPr>
            <w:tcW w:type="dxa" w:w="8136"/>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Customer/order workflow integration</w:t>
            </w:r>
          </w:p>
        </w:tc>
      </w:tr>
      <w:tr>
        <w:trPr>
          <w:cantSplit/>
        </w:trPr>
        <w:tc>
          <w:tcPr>
            <w:tcW w:type="dxa" w:w="1800"/>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10:45–12:30</w:t>
            </w:r>
          </w:p>
        </w:tc>
        <w:tc>
          <w:tcPr>
            <w:tcW w:type="dxa" w:w="8136"/>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Payment integration where applicable and notification flow</w:t>
            </w:r>
          </w:p>
        </w:tc>
      </w:tr>
      <w:tr>
        <w:trPr>
          <w:cantSplit/>
        </w:trPr>
        <w:tc>
          <w:tcPr>
            <w:tcW w:type="dxa" w:w="1800"/>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13:30–15:00</w:t>
            </w:r>
          </w:p>
        </w:tc>
        <w:tc>
          <w:tcPr>
            <w:tcW w:type="dxa" w:w="8136"/>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End-to-end test cases and error handling</w:t>
            </w:r>
          </w:p>
        </w:tc>
      </w:tr>
      <w:tr>
        <w:trPr>
          <w:cantSplit/>
        </w:trPr>
        <w:tc>
          <w:tcPr>
            <w:tcW w:type="dxa" w:w="1800"/>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15:15–16:30</w:t>
            </w:r>
          </w:p>
        </w:tc>
        <w:tc>
          <w:tcPr>
            <w:tcW w:type="dxa" w:w="8136"/>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Production readiness, security/access review and fixes</w:t>
            </w:r>
          </w:p>
        </w:tc>
      </w:tr>
      <w:tr>
        <w:trPr>
          <w:cantSplit/>
        </w:trPr>
        <w:tc>
          <w:tcPr>
            <w:tcW w:type="dxa" w:w="1800"/>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16:30–17:30</w:t>
            </w:r>
          </w:p>
        </w:tc>
        <w:tc>
          <w:tcPr>
            <w:tcW w:type="dxa" w:w="8136"/>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Deployment and administrator training</w:t>
            </w:r>
          </w:p>
        </w:tc>
      </w:tr>
    </w:tbl>
    <w:p>
      <w:pPr>
        <w:spacing w:after="20"/>
      </w:pPr>
    </w:p>
    <w:tbl>
      <w:tblPr>
        <w:tblW w:type="auto" w:w="0"/>
        <w:jc w:val="center"/>
        <w:tblLayout w:type="autofit"/>
        <w:tblLook w:firstColumn="1" w:firstRow="1" w:lastColumn="0" w:lastRow="0" w:noHBand="0" w:noVBand="1" w:val="04A0"/>
      </w:tblPr>
      <w:tblGrid>
        <w:gridCol w:w="9994"/>
      </w:tblGrid>
      <w:tr>
        <w:trPr>
          <w:cantSplit/>
        </w:trPr>
        <w:tc>
          <w:tcPr>
            <w:tcW w:type="dxa" w:w="9994"/>
            <w:shd w:fill="F3F5F7"/>
            <w:tcMar>
              <w:top w:w="120" w:type="dxa"/>
              <w:start w:w="160" w:type="dxa"/>
              <w:bottom w:w="120" w:type="dxa"/>
              <w:end w:w="160" w:type="dxa"/>
            </w:tcMar>
            <w:tcBorders>
              <w:top w:val="single" w:sz="2" w:color="D7DEE4"/>
              <w:left w:val="single" w:sz="18" w:color="187A73"/>
              <w:bottom w:val="single" w:sz="2" w:color="D7DEE4"/>
              <w:right w:val="single" w:sz="2" w:color="D7DEE4"/>
            </w:tcBorders>
          </w:tcPr>
          <w:p>
            <w:pPr>
              <w:keepLines/>
              <w:spacing w:after="40"/>
            </w:pPr>
            <w:r>
              <w:rPr>
                <w:rFonts w:ascii="Aptos" w:hAnsi="Aptos"/>
                <w:b/>
                <w:color w:val="187A73"/>
                <w:sz w:val="20"/>
              </w:rPr>
              <w:t>Day outcome</w:t>
            </w:r>
          </w:p>
          <w:p>
            <w:pPr>
              <w:keepLines/>
              <w:spacing w:after="0"/>
            </w:pPr>
            <w:r>
              <w:rPr>
                <w:rFonts w:ascii="Aptos" w:hAnsi="Aptos"/>
                <w:color w:val="17232C"/>
                <w:sz w:val="18"/>
              </w:rPr>
              <w:t>Output: Tested and deployed e-commerce workflow, subject to third-party account readiness.</w:t>
            </w:r>
          </w:p>
        </w:tc>
      </w:tr>
    </w:tbl>
    <w:p>
      <w:pPr>
        <w:spacing w:after="20"/>
      </w:pPr>
    </w:p>
    <w:p>
      <w:pPr>
        <w:pStyle w:val="Heading2"/>
        <w:keepNext/>
      </w:pPr>
      <w:r>
        <w:rPr>
          <w:rFonts w:ascii="Aptos" w:hAnsi="Aptos"/>
          <w:b/>
          <w:color w:val="187A73"/>
          <w:sz w:val="25"/>
        </w:rPr>
        <w:t>Day 7 — Business System Architecture</w:t>
      </w:r>
    </w:p>
    <w:tbl>
      <w:tblPr>
        <w:tblW w:type="auto" w:w="0"/>
        <w:jc w:val="center"/>
        <w:tblLayout w:type="fixed"/>
        <w:tblLook w:firstColumn="1" w:firstRow="1" w:lastColumn="0" w:lastRow="0" w:noHBand="0" w:noVBand="1" w:val="04A0"/>
      </w:tblPr>
      <w:tblGrid>
        <w:gridCol w:w="4997"/>
        <w:gridCol w:w="4997"/>
      </w:tblGrid>
      <w:tr>
        <w:trPr>
          <w:tblHeader/>
          <w:cantSplit/>
        </w:trPr>
        <w:tc>
          <w:tcPr>
            <w:tcW w:type="dxa" w:w="1800"/>
            <w:shd w:fill="12314A"/>
            <w:tcMar>
              <w:top w:w="80" w:type="dxa"/>
              <w:start w:w="100" w:type="dxa"/>
              <w:bottom w:w="80" w:type="dxa"/>
              <w:end w:w="100" w:type="dxa"/>
            </w:tcMar>
            <w:vAlign w:val="center"/>
            <w:tcBorders>
              <w:bottom w:val="single" w:sz="6" w:color="12314A"/>
            </w:tcBorders>
          </w:tcPr>
          <w:p>
            <w:pPr>
              <w:keepLines/>
              <w:jc w:val="left"/>
            </w:pPr>
            <w:r/>
            <w:r>
              <w:rPr>
                <w:rFonts w:ascii="Aptos" w:hAnsi="Aptos"/>
                <w:b/>
                <w:color w:val="FFFFFF"/>
                <w:sz w:val="17"/>
              </w:rPr>
              <w:t>Time</w:t>
            </w:r>
          </w:p>
        </w:tc>
        <w:tc>
          <w:tcPr>
            <w:tcW w:type="dxa" w:w="8136"/>
            <w:shd w:fill="12314A"/>
            <w:tcMar>
              <w:top w:w="80" w:type="dxa"/>
              <w:start w:w="100" w:type="dxa"/>
              <w:bottom w:w="80" w:type="dxa"/>
              <w:end w:w="100" w:type="dxa"/>
            </w:tcMar>
            <w:vAlign w:val="center"/>
            <w:tcBorders>
              <w:bottom w:val="single" w:sz="6" w:color="12314A"/>
            </w:tcBorders>
          </w:tcPr>
          <w:p>
            <w:pPr>
              <w:keepLines/>
              <w:jc w:val="left"/>
            </w:pPr>
            <w:r/>
            <w:r>
              <w:rPr>
                <w:rFonts w:ascii="Aptos" w:hAnsi="Aptos"/>
                <w:b/>
                <w:color w:val="FFFFFF"/>
                <w:sz w:val="17"/>
              </w:rPr>
              <w:t>Activity</w:t>
            </w:r>
          </w:p>
        </w:tc>
      </w:tr>
      <w:tr>
        <w:trPr>
          <w:cantSplit/>
        </w:trPr>
        <w:tc>
          <w:tcPr>
            <w:tcW w:type="dxa" w:w="1800"/>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09:00–10:30</w:t>
            </w:r>
          </w:p>
        </w:tc>
        <w:tc>
          <w:tcPr>
            <w:tcW w:type="dxa" w:w="8136"/>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Operational pain-point and process mapping</w:t>
            </w:r>
          </w:p>
        </w:tc>
      </w:tr>
      <w:tr>
        <w:trPr>
          <w:cantSplit/>
        </w:trPr>
        <w:tc>
          <w:tcPr>
            <w:tcW w:type="dxa" w:w="1800"/>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10:45–12:30</w:t>
            </w:r>
          </w:p>
        </w:tc>
        <w:tc>
          <w:tcPr>
            <w:tcW w:type="dxa" w:w="8136"/>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User roles, permissions and data boundaries</w:t>
            </w:r>
          </w:p>
        </w:tc>
      </w:tr>
      <w:tr>
        <w:trPr>
          <w:cantSplit/>
        </w:trPr>
        <w:tc>
          <w:tcPr>
            <w:tcW w:type="dxa" w:w="1800"/>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13:30–15:00</w:t>
            </w:r>
          </w:p>
        </w:tc>
        <w:tc>
          <w:tcPr>
            <w:tcW w:type="dxa" w:w="8136"/>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Module prioritisation and database/data structure planning</w:t>
            </w:r>
          </w:p>
        </w:tc>
      </w:tr>
      <w:tr>
        <w:trPr>
          <w:cantSplit/>
        </w:trPr>
        <w:tc>
          <w:tcPr>
            <w:tcW w:type="dxa" w:w="1800"/>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15:15–16:30</w:t>
            </w:r>
          </w:p>
        </w:tc>
        <w:tc>
          <w:tcPr>
            <w:tcW w:type="dxa" w:w="8136"/>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Integration map and automation opportunities</w:t>
            </w:r>
          </w:p>
        </w:tc>
      </w:tr>
      <w:tr>
        <w:trPr>
          <w:cantSplit/>
        </w:trPr>
        <w:tc>
          <w:tcPr>
            <w:tcW w:type="dxa" w:w="1800"/>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16:30–17:30</w:t>
            </w:r>
          </w:p>
        </w:tc>
        <w:tc>
          <w:tcPr>
            <w:tcW w:type="dxa" w:w="8136"/>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Advanced build plan and acceptance criteria</w:t>
            </w:r>
          </w:p>
        </w:tc>
      </w:tr>
    </w:tbl>
    <w:p>
      <w:pPr>
        <w:spacing w:after="20"/>
      </w:pPr>
    </w:p>
    <w:tbl>
      <w:tblPr>
        <w:tblW w:type="auto" w:w="0"/>
        <w:jc w:val="center"/>
        <w:tblLayout w:type="autofit"/>
        <w:tblLook w:firstColumn="1" w:firstRow="1" w:lastColumn="0" w:lastRow="0" w:noHBand="0" w:noVBand="1" w:val="04A0"/>
      </w:tblPr>
      <w:tblGrid>
        <w:gridCol w:w="9994"/>
      </w:tblGrid>
      <w:tr>
        <w:trPr>
          <w:cantSplit/>
        </w:trPr>
        <w:tc>
          <w:tcPr>
            <w:tcW w:type="dxa" w:w="9994"/>
            <w:shd w:fill="F3F5F7"/>
            <w:tcMar>
              <w:top w:w="120" w:type="dxa"/>
              <w:start w:w="160" w:type="dxa"/>
              <w:bottom w:w="120" w:type="dxa"/>
              <w:end w:w="160" w:type="dxa"/>
            </w:tcMar>
            <w:tcBorders>
              <w:top w:val="single" w:sz="2" w:color="D7DEE4"/>
              <w:left w:val="single" w:sz="18" w:color="187A73"/>
              <w:bottom w:val="single" w:sz="2" w:color="D7DEE4"/>
              <w:right w:val="single" w:sz="2" w:color="D7DEE4"/>
            </w:tcBorders>
          </w:tcPr>
          <w:p>
            <w:pPr>
              <w:keepLines/>
              <w:spacing w:after="40"/>
            </w:pPr>
            <w:r>
              <w:rPr>
                <w:rFonts w:ascii="Aptos" w:hAnsi="Aptos"/>
                <w:b/>
                <w:color w:val="187A73"/>
                <w:sz w:val="20"/>
              </w:rPr>
              <w:t>Day outcome</w:t>
            </w:r>
          </w:p>
          <w:p>
            <w:pPr>
              <w:keepLines/>
              <w:spacing w:after="0"/>
            </w:pPr>
            <w:r>
              <w:rPr>
                <w:rFonts w:ascii="Aptos" w:hAnsi="Aptos"/>
                <w:color w:val="17232C"/>
                <w:sz w:val="18"/>
              </w:rPr>
              <w:t>Output: Company-specific business-system architecture and prioritised module scope.</w:t>
            </w:r>
          </w:p>
        </w:tc>
      </w:tr>
    </w:tbl>
    <w:p>
      <w:pPr>
        <w:spacing w:after="20"/>
      </w:pPr>
    </w:p>
    <w:p>
      <w:pPr>
        <w:pStyle w:val="Heading2"/>
        <w:keepNext/>
      </w:pPr>
      <w:r>
        <w:rPr>
          <w:rFonts w:ascii="Aptos" w:hAnsi="Aptos"/>
          <w:b/>
          <w:color w:val="187A73"/>
          <w:sz w:val="25"/>
        </w:rPr>
        <w:t>Day 8 — Operational Modules</w:t>
      </w:r>
    </w:p>
    <w:tbl>
      <w:tblPr>
        <w:tblW w:type="auto" w:w="0"/>
        <w:jc w:val="center"/>
        <w:tblLayout w:type="fixed"/>
        <w:tblLook w:firstColumn="1" w:firstRow="1" w:lastColumn="0" w:lastRow="0" w:noHBand="0" w:noVBand="1" w:val="04A0"/>
      </w:tblPr>
      <w:tblGrid>
        <w:gridCol w:w="4997"/>
        <w:gridCol w:w="4997"/>
      </w:tblGrid>
      <w:tr>
        <w:trPr>
          <w:tblHeader/>
          <w:cantSplit/>
        </w:trPr>
        <w:tc>
          <w:tcPr>
            <w:tcW w:type="dxa" w:w="1800"/>
            <w:shd w:fill="12314A"/>
            <w:tcMar>
              <w:top w:w="80" w:type="dxa"/>
              <w:start w:w="100" w:type="dxa"/>
              <w:bottom w:w="80" w:type="dxa"/>
              <w:end w:w="100" w:type="dxa"/>
            </w:tcMar>
            <w:vAlign w:val="center"/>
            <w:tcBorders>
              <w:bottom w:val="single" w:sz="6" w:color="12314A"/>
            </w:tcBorders>
          </w:tcPr>
          <w:p>
            <w:pPr>
              <w:keepLines/>
              <w:jc w:val="left"/>
            </w:pPr>
            <w:r/>
            <w:r>
              <w:rPr>
                <w:rFonts w:ascii="Aptos" w:hAnsi="Aptos"/>
                <w:b/>
                <w:color w:val="FFFFFF"/>
                <w:sz w:val="17"/>
              </w:rPr>
              <w:t>Time</w:t>
            </w:r>
          </w:p>
        </w:tc>
        <w:tc>
          <w:tcPr>
            <w:tcW w:type="dxa" w:w="8136"/>
            <w:shd w:fill="12314A"/>
            <w:tcMar>
              <w:top w:w="80" w:type="dxa"/>
              <w:start w:w="100" w:type="dxa"/>
              <w:bottom w:w="80" w:type="dxa"/>
              <w:end w:w="100" w:type="dxa"/>
            </w:tcMar>
            <w:vAlign w:val="center"/>
            <w:tcBorders>
              <w:bottom w:val="single" w:sz="6" w:color="12314A"/>
            </w:tcBorders>
          </w:tcPr>
          <w:p>
            <w:pPr>
              <w:keepLines/>
              <w:jc w:val="left"/>
            </w:pPr>
            <w:r/>
            <w:r>
              <w:rPr>
                <w:rFonts w:ascii="Aptos" w:hAnsi="Aptos"/>
                <w:b/>
                <w:color w:val="FFFFFF"/>
                <w:sz w:val="17"/>
              </w:rPr>
              <w:t>Activity</w:t>
            </w:r>
          </w:p>
        </w:tc>
      </w:tr>
      <w:tr>
        <w:trPr>
          <w:cantSplit/>
        </w:trPr>
        <w:tc>
          <w:tcPr>
            <w:tcW w:type="dxa" w:w="1800"/>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09:00–10:30</w:t>
            </w:r>
          </w:p>
        </w:tc>
        <w:tc>
          <w:tcPr>
            <w:tcW w:type="dxa" w:w="8136"/>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Selected module build — session 1</w:t>
            </w:r>
          </w:p>
        </w:tc>
      </w:tr>
      <w:tr>
        <w:trPr>
          <w:cantSplit/>
        </w:trPr>
        <w:tc>
          <w:tcPr>
            <w:tcW w:type="dxa" w:w="1800"/>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10:45–12:30</w:t>
            </w:r>
          </w:p>
        </w:tc>
        <w:tc>
          <w:tcPr>
            <w:tcW w:type="dxa" w:w="8136"/>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Selected module build — session 2</w:t>
            </w:r>
          </w:p>
        </w:tc>
      </w:tr>
      <w:tr>
        <w:trPr>
          <w:cantSplit/>
        </w:trPr>
        <w:tc>
          <w:tcPr>
            <w:tcW w:type="dxa" w:w="1800"/>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13:30–15:00</w:t>
            </w:r>
          </w:p>
        </w:tc>
        <w:tc>
          <w:tcPr>
            <w:tcW w:type="dxa" w:w="8136"/>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Dashboard/reporting and workflow connection</w:t>
            </w:r>
          </w:p>
        </w:tc>
      </w:tr>
      <w:tr>
        <w:trPr>
          <w:cantSplit/>
        </w:trPr>
        <w:tc>
          <w:tcPr>
            <w:tcW w:type="dxa" w:w="1800"/>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15:15–16:30</w:t>
            </w:r>
          </w:p>
        </w:tc>
        <w:tc>
          <w:tcPr>
            <w:tcW w:type="dxa" w:w="8136"/>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Role-based access and validation</w:t>
            </w:r>
          </w:p>
        </w:tc>
      </w:tr>
      <w:tr>
        <w:trPr>
          <w:cantSplit/>
        </w:trPr>
        <w:tc>
          <w:tcPr>
            <w:tcW w:type="dxa" w:w="1800"/>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16:30–17:30</w:t>
            </w:r>
          </w:p>
        </w:tc>
        <w:tc>
          <w:tcPr>
            <w:tcW w:type="dxa" w:w="8136"/>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User testing and issue resolution</w:t>
            </w:r>
          </w:p>
        </w:tc>
      </w:tr>
    </w:tbl>
    <w:p>
      <w:pPr>
        <w:spacing w:after="20"/>
      </w:pPr>
    </w:p>
    <w:tbl>
      <w:tblPr>
        <w:tblW w:type="auto" w:w="0"/>
        <w:jc w:val="center"/>
        <w:tblLayout w:type="autofit"/>
        <w:tblLook w:firstColumn="1" w:firstRow="1" w:lastColumn="0" w:lastRow="0" w:noHBand="0" w:noVBand="1" w:val="04A0"/>
      </w:tblPr>
      <w:tblGrid>
        <w:gridCol w:w="9994"/>
      </w:tblGrid>
      <w:tr>
        <w:trPr>
          <w:cantSplit/>
        </w:trPr>
        <w:tc>
          <w:tcPr>
            <w:tcW w:type="dxa" w:w="9994"/>
            <w:shd w:fill="F3F5F7"/>
            <w:tcMar>
              <w:top w:w="120" w:type="dxa"/>
              <w:start w:w="160" w:type="dxa"/>
              <w:bottom w:w="120" w:type="dxa"/>
              <w:end w:w="160" w:type="dxa"/>
            </w:tcMar>
            <w:tcBorders>
              <w:top w:val="single" w:sz="2" w:color="D7DEE4"/>
              <w:left w:val="single" w:sz="18" w:color="187A73"/>
              <w:bottom w:val="single" w:sz="2" w:color="D7DEE4"/>
              <w:right w:val="single" w:sz="2" w:color="D7DEE4"/>
            </w:tcBorders>
          </w:tcPr>
          <w:p>
            <w:pPr>
              <w:keepLines/>
              <w:spacing w:after="40"/>
            </w:pPr>
            <w:r>
              <w:rPr>
                <w:rFonts w:ascii="Aptos" w:hAnsi="Aptos"/>
                <w:b/>
                <w:color w:val="187A73"/>
                <w:sz w:val="20"/>
              </w:rPr>
              <w:t>Day outcome</w:t>
            </w:r>
          </w:p>
          <w:p>
            <w:pPr>
              <w:keepLines/>
              <w:spacing w:after="0"/>
            </w:pPr>
            <w:r>
              <w:rPr>
                <w:rFonts w:ascii="Aptos" w:hAnsi="Aptos"/>
                <w:color w:val="17232C"/>
                <w:sz w:val="18"/>
              </w:rPr>
              <w:t>Output: Working selected operating modules aligned to the agreed company scope.</w:t>
            </w:r>
          </w:p>
        </w:tc>
      </w:tr>
    </w:tbl>
    <w:p>
      <w:pPr>
        <w:spacing w:after="20"/>
      </w:pPr>
    </w:p>
    <w:p>
      <w:pPr>
        <w:pStyle w:val="Heading2"/>
        <w:keepNext/>
      </w:pPr>
      <w:r>
        <w:rPr>
          <w:rFonts w:ascii="Aptos" w:hAnsi="Aptos"/>
          <w:b/>
          <w:color w:val="187A73"/>
          <w:sz w:val="25"/>
        </w:rPr>
        <w:t>Day 9 — AI, Automation &amp; Integration</w:t>
      </w:r>
    </w:p>
    <w:tbl>
      <w:tblPr>
        <w:tblW w:type="auto" w:w="0"/>
        <w:jc w:val="center"/>
        <w:tblLayout w:type="fixed"/>
        <w:tblLook w:firstColumn="1" w:firstRow="1" w:lastColumn="0" w:lastRow="0" w:noHBand="0" w:noVBand="1" w:val="04A0"/>
      </w:tblPr>
      <w:tblGrid>
        <w:gridCol w:w="4997"/>
        <w:gridCol w:w="4997"/>
      </w:tblGrid>
      <w:tr>
        <w:trPr>
          <w:tblHeader/>
          <w:cantSplit/>
        </w:trPr>
        <w:tc>
          <w:tcPr>
            <w:tcW w:type="dxa" w:w="1800"/>
            <w:shd w:fill="12314A"/>
            <w:tcMar>
              <w:top w:w="80" w:type="dxa"/>
              <w:start w:w="100" w:type="dxa"/>
              <w:bottom w:w="80" w:type="dxa"/>
              <w:end w:w="100" w:type="dxa"/>
            </w:tcMar>
            <w:vAlign w:val="center"/>
            <w:tcBorders>
              <w:bottom w:val="single" w:sz="6" w:color="12314A"/>
            </w:tcBorders>
          </w:tcPr>
          <w:p>
            <w:pPr>
              <w:keepLines/>
              <w:jc w:val="left"/>
            </w:pPr>
            <w:r/>
            <w:r>
              <w:rPr>
                <w:rFonts w:ascii="Aptos" w:hAnsi="Aptos"/>
                <w:b/>
                <w:color w:val="FFFFFF"/>
                <w:sz w:val="17"/>
              </w:rPr>
              <w:t>Time</w:t>
            </w:r>
          </w:p>
        </w:tc>
        <w:tc>
          <w:tcPr>
            <w:tcW w:type="dxa" w:w="8136"/>
            <w:shd w:fill="12314A"/>
            <w:tcMar>
              <w:top w:w="80" w:type="dxa"/>
              <w:start w:w="100" w:type="dxa"/>
              <w:bottom w:w="80" w:type="dxa"/>
              <w:end w:w="100" w:type="dxa"/>
            </w:tcMar>
            <w:vAlign w:val="center"/>
            <w:tcBorders>
              <w:bottom w:val="single" w:sz="6" w:color="12314A"/>
            </w:tcBorders>
          </w:tcPr>
          <w:p>
            <w:pPr>
              <w:keepLines/>
              <w:jc w:val="left"/>
            </w:pPr>
            <w:r/>
            <w:r>
              <w:rPr>
                <w:rFonts w:ascii="Aptos" w:hAnsi="Aptos"/>
                <w:b/>
                <w:color w:val="FFFFFF"/>
                <w:sz w:val="17"/>
              </w:rPr>
              <w:t>Activity</w:t>
            </w:r>
          </w:p>
        </w:tc>
      </w:tr>
      <w:tr>
        <w:trPr>
          <w:cantSplit/>
        </w:trPr>
        <w:tc>
          <w:tcPr>
            <w:tcW w:type="dxa" w:w="1800"/>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09:00–10:30</w:t>
            </w:r>
          </w:p>
        </w:tc>
        <w:tc>
          <w:tcPr>
            <w:tcW w:type="dxa" w:w="8136"/>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Automation candidates, rules and notification design</w:t>
            </w:r>
          </w:p>
        </w:tc>
      </w:tr>
      <w:tr>
        <w:trPr>
          <w:cantSplit/>
        </w:trPr>
        <w:tc>
          <w:tcPr>
            <w:tcW w:type="dxa" w:w="1800"/>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10:45–12:30</w:t>
            </w:r>
          </w:p>
        </w:tc>
        <w:tc>
          <w:tcPr>
            <w:tcW w:type="dxa" w:w="8136"/>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AI-assisted workflow and business-data query setup</w:t>
            </w:r>
          </w:p>
        </w:tc>
      </w:tr>
      <w:tr>
        <w:trPr>
          <w:cantSplit/>
        </w:trPr>
        <w:tc>
          <w:tcPr>
            <w:tcW w:type="dxa" w:w="1800"/>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13:30–15:00</w:t>
            </w:r>
          </w:p>
        </w:tc>
        <w:tc>
          <w:tcPr>
            <w:tcW w:type="dxa" w:w="8136"/>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Smart routing / controlled agent workflow and human-review points</w:t>
            </w:r>
          </w:p>
        </w:tc>
      </w:tr>
      <w:tr>
        <w:trPr>
          <w:cantSplit/>
        </w:trPr>
        <w:tc>
          <w:tcPr>
            <w:tcW w:type="dxa" w:w="1800"/>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15:15–16:30</w:t>
            </w:r>
          </w:p>
        </w:tc>
        <w:tc>
          <w:tcPr>
            <w:tcW w:type="dxa" w:w="8136"/>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API/external-system integration where applicable</w:t>
            </w:r>
          </w:p>
        </w:tc>
      </w:tr>
      <w:tr>
        <w:trPr>
          <w:cantSplit/>
        </w:trPr>
        <w:tc>
          <w:tcPr>
            <w:tcW w:type="dxa" w:w="1800"/>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16:30–17:30</w:t>
            </w:r>
          </w:p>
        </w:tc>
        <w:tc>
          <w:tcPr>
            <w:tcW w:type="dxa" w:w="8136"/>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End-to-end rehearsal and Day-10 readiness review</w:t>
            </w:r>
          </w:p>
        </w:tc>
      </w:tr>
    </w:tbl>
    <w:p>
      <w:pPr>
        <w:spacing w:after="20"/>
      </w:pPr>
    </w:p>
    <w:tbl>
      <w:tblPr>
        <w:tblW w:type="auto" w:w="0"/>
        <w:jc w:val="center"/>
        <w:tblLayout w:type="autofit"/>
        <w:tblLook w:firstColumn="1" w:firstRow="1" w:lastColumn="0" w:lastRow="0" w:noHBand="0" w:noVBand="1" w:val="04A0"/>
      </w:tblPr>
      <w:tblGrid>
        <w:gridCol w:w="9994"/>
      </w:tblGrid>
      <w:tr>
        <w:trPr>
          <w:cantSplit/>
        </w:trPr>
        <w:tc>
          <w:tcPr>
            <w:tcW w:type="dxa" w:w="9994"/>
            <w:shd w:fill="F3F5F7"/>
            <w:tcMar>
              <w:top w:w="120" w:type="dxa"/>
              <w:start w:w="160" w:type="dxa"/>
              <w:bottom w:w="120" w:type="dxa"/>
              <w:end w:w="160" w:type="dxa"/>
            </w:tcMar>
            <w:tcBorders>
              <w:top w:val="single" w:sz="2" w:color="D7DEE4"/>
              <w:left w:val="single" w:sz="18" w:color="187A73"/>
              <w:bottom w:val="single" w:sz="2" w:color="D7DEE4"/>
              <w:right w:val="single" w:sz="2" w:color="D7DEE4"/>
            </w:tcBorders>
          </w:tcPr>
          <w:p>
            <w:pPr>
              <w:keepLines/>
              <w:spacing w:after="40"/>
            </w:pPr>
            <w:r>
              <w:rPr>
                <w:rFonts w:ascii="Aptos" w:hAnsi="Aptos"/>
                <w:b/>
                <w:color w:val="187A73"/>
                <w:sz w:val="20"/>
              </w:rPr>
              <w:t>Day outcome</w:t>
            </w:r>
          </w:p>
          <w:p>
            <w:pPr>
              <w:keepLines/>
              <w:spacing w:after="0"/>
            </w:pPr>
            <w:r>
              <w:rPr>
                <w:rFonts w:ascii="Aptos" w:hAnsi="Aptos"/>
                <w:color w:val="17232C"/>
                <w:sz w:val="18"/>
              </w:rPr>
              <w:t>Output: Controlled automation and AI-assisted workflows integrated into the business system.</w:t>
            </w:r>
          </w:p>
        </w:tc>
      </w:tr>
    </w:tbl>
    <w:p>
      <w:pPr>
        <w:spacing w:after="20"/>
      </w:pPr>
    </w:p>
    <w:p>
      <w:pPr>
        <w:pStyle w:val="Heading2"/>
        <w:keepNext/>
      </w:pPr>
      <w:r>
        <w:rPr>
          <w:rFonts w:ascii="Aptos" w:hAnsi="Aptos"/>
          <w:b/>
          <w:color w:val="187A73"/>
          <w:sz w:val="25"/>
        </w:rPr>
        <w:t>Day 10 — Final Testing, Deployment, Demo &amp; Handover</w:t>
      </w:r>
    </w:p>
    <w:tbl>
      <w:tblPr>
        <w:tblW w:type="auto" w:w="0"/>
        <w:jc w:val="center"/>
        <w:tblLayout w:type="fixed"/>
        <w:tblLook w:firstColumn="1" w:firstRow="1" w:lastColumn="0" w:lastRow="0" w:noHBand="0" w:noVBand="1" w:val="04A0"/>
      </w:tblPr>
      <w:tblGrid>
        <w:gridCol w:w="4997"/>
        <w:gridCol w:w="4997"/>
      </w:tblGrid>
      <w:tr>
        <w:trPr>
          <w:tblHeader/>
          <w:cantSplit/>
        </w:trPr>
        <w:tc>
          <w:tcPr>
            <w:tcW w:type="dxa" w:w="1800"/>
            <w:shd w:fill="12314A"/>
            <w:tcMar>
              <w:top w:w="80" w:type="dxa"/>
              <w:start w:w="100" w:type="dxa"/>
              <w:bottom w:w="80" w:type="dxa"/>
              <w:end w:w="100" w:type="dxa"/>
            </w:tcMar>
            <w:vAlign w:val="center"/>
            <w:tcBorders>
              <w:bottom w:val="single" w:sz="6" w:color="12314A"/>
            </w:tcBorders>
          </w:tcPr>
          <w:p>
            <w:pPr>
              <w:keepLines/>
              <w:jc w:val="left"/>
            </w:pPr>
            <w:r/>
            <w:r>
              <w:rPr>
                <w:rFonts w:ascii="Aptos" w:hAnsi="Aptos"/>
                <w:b/>
                <w:color w:val="FFFFFF"/>
                <w:sz w:val="17"/>
              </w:rPr>
              <w:t>Time</w:t>
            </w:r>
          </w:p>
        </w:tc>
        <w:tc>
          <w:tcPr>
            <w:tcW w:type="dxa" w:w="8136"/>
            <w:shd w:fill="12314A"/>
            <w:tcMar>
              <w:top w:w="80" w:type="dxa"/>
              <w:start w:w="100" w:type="dxa"/>
              <w:bottom w:w="80" w:type="dxa"/>
              <w:end w:w="100" w:type="dxa"/>
            </w:tcMar>
            <w:vAlign w:val="center"/>
            <w:tcBorders>
              <w:bottom w:val="single" w:sz="6" w:color="12314A"/>
            </w:tcBorders>
          </w:tcPr>
          <w:p>
            <w:pPr>
              <w:keepLines/>
              <w:jc w:val="left"/>
            </w:pPr>
            <w:r/>
            <w:r>
              <w:rPr>
                <w:rFonts w:ascii="Aptos" w:hAnsi="Aptos"/>
                <w:b/>
                <w:color w:val="FFFFFF"/>
                <w:sz w:val="17"/>
              </w:rPr>
              <w:t>Activity</w:t>
            </w:r>
          </w:p>
        </w:tc>
      </w:tr>
      <w:tr>
        <w:trPr>
          <w:cantSplit/>
        </w:trPr>
        <w:tc>
          <w:tcPr>
            <w:tcW w:type="dxa" w:w="1800"/>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10:00–12:30</w:t>
            </w:r>
          </w:p>
        </w:tc>
        <w:tc>
          <w:tcPr>
            <w:tcW w:type="dxa" w:w="8136"/>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Final system testing: modules, users, workflows, integration and data validation</w:t>
            </w:r>
          </w:p>
        </w:tc>
      </w:tr>
      <w:tr>
        <w:trPr>
          <w:cantSplit/>
        </w:trPr>
        <w:tc>
          <w:tcPr>
            <w:tcW w:type="dxa" w:w="1800"/>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12:30–13:30</w:t>
            </w:r>
          </w:p>
        </w:tc>
        <w:tc>
          <w:tcPr>
            <w:tcW w:type="dxa" w:w="8136"/>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Lunch</w:t>
            </w:r>
          </w:p>
        </w:tc>
      </w:tr>
      <w:tr>
        <w:trPr>
          <w:cantSplit/>
        </w:trPr>
        <w:tc>
          <w:tcPr>
            <w:tcW w:type="dxa" w:w="1800"/>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13:30–15:00</w:t>
            </w:r>
          </w:p>
        </w:tc>
        <w:tc>
          <w:tcPr>
            <w:tcW w:type="dxa" w:w="8136"/>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Security verification, access control, backup verification and production deployment</w:t>
            </w:r>
          </w:p>
        </w:tc>
      </w:tr>
      <w:tr>
        <w:trPr>
          <w:cantSplit/>
        </w:trPr>
        <w:tc>
          <w:tcPr>
            <w:tcW w:type="dxa" w:w="1800"/>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15:00–15:30</w:t>
            </w:r>
          </w:p>
        </w:tc>
        <w:tc>
          <w:tcPr>
            <w:tcW w:type="dxa" w:w="8136"/>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Break</w:t>
            </w:r>
          </w:p>
        </w:tc>
      </w:tr>
      <w:tr>
        <w:trPr>
          <w:cantSplit/>
        </w:trPr>
        <w:tc>
          <w:tcPr>
            <w:tcW w:type="dxa" w:w="1800"/>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15:30–17:00</w:t>
            </w:r>
          </w:p>
        </w:tc>
        <w:tc>
          <w:tcPr>
            <w:tcW w:type="dxa" w:w="8136"/>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Final demonstration, administrator training, operational walkthrough and Q&amp;A</w:t>
            </w:r>
          </w:p>
        </w:tc>
      </w:tr>
      <w:tr>
        <w:trPr>
          <w:cantSplit/>
        </w:trPr>
        <w:tc>
          <w:tcPr>
            <w:tcW w:type="dxa" w:w="1800"/>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17:00–18:00</w:t>
            </w:r>
          </w:p>
        </w:tc>
        <w:tc>
          <w:tcPr>
            <w:tcW w:type="dxa" w:w="8136"/>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Official handover: access confirmation, documentation, deployment verification and 30/60/90-day roadmap</w:t>
            </w:r>
          </w:p>
        </w:tc>
      </w:tr>
    </w:tbl>
    <w:p>
      <w:pPr>
        <w:spacing w:after="20"/>
      </w:pPr>
    </w:p>
    <w:tbl>
      <w:tblPr>
        <w:tblW w:type="auto" w:w="0"/>
        <w:jc w:val="center"/>
        <w:tblLayout w:type="autofit"/>
        <w:tblLook w:firstColumn="1" w:firstRow="1" w:lastColumn="0" w:lastRow="0" w:noHBand="0" w:noVBand="1" w:val="04A0"/>
      </w:tblPr>
      <w:tblGrid>
        <w:gridCol w:w="9994"/>
      </w:tblGrid>
      <w:tr>
        <w:trPr>
          <w:cantSplit/>
        </w:trPr>
        <w:tc>
          <w:tcPr>
            <w:tcW w:type="dxa" w:w="9994"/>
            <w:shd w:fill="F3F5F7"/>
            <w:tcMar>
              <w:top w:w="120" w:type="dxa"/>
              <w:start w:w="160" w:type="dxa"/>
              <w:bottom w:w="120" w:type="dxa"/>
              <w:end w:w="160" w:type="dxa"/>
            </w:tcMar>
            <w:tcBorders>
              <w:top w:val="single" w:sz="2" w:color="D7DEE4"/>
              <w:left w:val="single" w:sz="18" w:color="187A73"/>
              <w:bottom w:val="single" w:sz="2" w:color="D7DEE4"/>
              <w:right w:val="single" w:sz="2" w:color="D7DEE4"/>
            </w:tcBorders>
          </w:tcPr>
          <w:p>
            <w:pPr>
              <w:keepLines/>
              <w:spacing w:after="40"/>
            </w:pPr>
            <w:r>
              <w:rPr>
                <w:rFonts w:ascii="Aptos" w:hAnsi="Aptos"/>
                <w:b/>
                <w:color w:val="187A73"/>
                <w:sz w:val="20"/>
              </w:rPr>
              <w:t>Day outcome</w:t>
            </w:r>
          </w:p>
          <w:p>
            <w:pPr>
              <w:keepLines/>
              <w:spacing w:after="0"/>
            </w:pPr>
            <w:r>
              <w:rPr>
                <w:rFonts w:ascii="Aptos" w:hAnsi="Aptos"/>
                <w:color w:val="17232C"/>
                <w:sz w:val="18"/>
              </w:rPr>
              <w:t>Output: Production-ready handover, trained administrator and continuity roadmap. Programme ends at 6:00 PM on Day 10.</w:t>
            </w:r>
          </w:p>
        </w:tc>
      </w:tr>
    </w:tbl>
    <w:p>
      <w:pPr>
        <w:spacing w:after="20"/>
      </w:pPr>
    </w:p>
    <w:p>
      <w:pPr>
        <w:pStyle w:val="Heading1"/>
        <w:keepNext/>
      </w:pPr>
      <w:r>
        <w:t>9. Delivery Methodology</w:t>
      </w:r>
    </w:p>
    <w:tbl>
      <w:tblPr>
        <w:tblW w:type="auto" w:w="0"/>
        <w:jc w:val="center"/>
        <w:tblLayout w:type="fixed"/>
        <w:tblLook w:firstColumn="1" w:firstRow="1" w:lastColumn="0" w:lastRow="0" w:noHBand="0" w:noVBand="1" w:val="04A0"/>
      </w:tblPr>
      <w:tblGrid>
        <w:gridCol w:w="4997"/>
        <w:gridCol w:w="4997"/>
      </w:tblGrid>
      <w:tr>
        <w:trPr>
          <w:tblHeader/>
          <w:cantSplit/>
        </w:trPr>
        <w:tc>
          <w:tcPr>
            <w:tcW w:type="dxa" w:w="2592"/>
            <w:shd w:fill="12314A"/>
            <w:tcMar>
              <w:top w:w="80" w:type="dxa"/>
              <w:start w:w="100" w:type="dxa"/>
              <w:bottom w:w="80" w:type="dxa"/>
              <w:end w:w="100" w:type="dxa"/>
            </w:tcMar>
            <w:vAlign w:val="center"/>
            <w:tcBorders>
              <w:bottom w:val="single" w:sz="6" w:color="12314A"/>
            </w:tcBorders>
          </w:tcPr>
          <w:p>
            <w:pPr>
              <w:keepLines/>
              <w:jc w:val="left"/>
            </w:pPr>
            <w:r/>
            <w:r>
              <w:rPr>
                <w:rFonts w:ascii="Aptos" w:hAnsi="Aptos"/>
                <w:b/>
                <w:color w:val="FFFFFF"/>
                <w:sz w:val="17"/>
              </w:rPr>
              <w:t>Method</w:t>
            </w:r>
          </w:p>
        </w:tc>
        <w:tc>
          <w:tcPr>
            <w:tcW w:type="dxa" w:w="7344"/>
            <w:shd w:fill="12314A"/>
            <w:tcMar>
              <w:top w:w="80" w:type="dxa"/>
              <w:start w:w="100" w:type="dxa"/>
              <w:bottom w:w="80" w:type="dxa"/>
              <w:end w:w="100" w:type="dxa"/>
            </w:tcMar>
            <w:vAlign w:val="center"/>
            <w:tcBorders>
              <w:bottom w:val="single" w:sz="6" w:color="12314A"/>
            </w:tcBorders>
          </w:tcPr>
          <w:p>
            <w:pPr>
              <w:keepLines/>
              <w:jc w:val="left"/>
            </w:pPr>
            <w:r/>
            <w:r>
              <w:rPr>
                <w:rFonts w:ascii="Aptos" w:hAnsi="Aptos"/>
                <w:b/>
                <w:color w:val="FFFFFF"/>
                <w:sz w:val="17"/>
              </w:rPr>
              <w:t>How It Works</w:t>
            </w:r>
          </w:p>
        </w:tc>
      </w:tr>
      <w:tr>
        <w:trPr>
          <w:cantSplit/>
        </w:trPr>
        <w:tc>
          <w:tcPr>
            <w:tcW w:type="dxa" w:w="2592"/>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Guided implementation</w:t>
            </w:r>
          </w:p>
        </w:tc>
        <w:tc>
          <w:tcPr>
            <w:tcW w:type="dxa" w:w="7344"/>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Facilitators guide each company through structured tasks while participants provide business context and verify output.</w:t>
            </w:r>
          </w:p>
        </w:tc>
      </w:tr>
      <w:tr>
        <w:trPr>
          <w:cantSplit/>
        </w:trPr>
        <w:tc>
          <w:tcPr>
            <w:tcW w:type="dxa" w:w="2592"/>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Company-specific build</w:t>
            </w:r>
          </w:p>
        </w:tc>
        <w:tc>
          <w:tcPr>
            <w:tcW w:type="dxa" w:w="7344"/>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The system is configured around actual products, services, workflows and selected modules rather than generic exercises.</w:t>
            </w:r>
          </w:p>
        </w:tc>
      </w:tr>
      <w:tr>
        <w:trPr>
          <w:cantSplit/>
        </w:trPr>
        <w:tc>
          <w:tcPr>
            <w:tcW w:type="dxa" w:w="2592"/>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Checkpoint-based delivery</w:t>
            </w:r>
          </w:p>
        </w:tc>
        <w:tc>
          <w:tcPr>
            <w:tcW w:type="dxa" w:w="7344"/>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Each day ends with required outputs and a quality gate before progressing.</w:t>
            </w:r>
          </w:p>
        </w:tc>
      </w:tr>
      <w:tr>
        <w:trPr>
          <w:cantSplit/>
        </w:trPr>
        <w:tc>
          <w:tcPr>
            <w:tcW w:type="dxa" w:w="2592"/>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AI-assisted development</w:t>
            </w:r>
          </w:p>
        </w:tc>
        <w:tc>
          <w:tcPr>
            <w:tcW w:type="dxa" w:w="7344"/>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AI tools may accelerate drafting, configuration, troubleshooting and system development, but output is verified against business rules.</w:t>
            </w:r>
          </w:p>
        </w:tc>
      </w:tr>
      <w:tr>
        <w:trPr>
          <w:cantSplit/>
        </w:trPr>
        <w:tc>
          <w:tcPr>
            <w:tcW w:type="dxa" w:w="2592"/>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Progressive deployment</w:t>
            </w:r>
          </w:p>
        </w:tc>
        <w:tc>
          <w:tcPr>
            <w:tcW w:type="dxa" w:w="7344"/>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Systems move from draft to test to production only after defined checks.</w:t>
            </w:r>
          </w:p>
        </w:tc>
      </w:tr>
      <w:tr>
        <w:trPr>
          <w:cantSplit/>
        </w:trPr>
        <w:tc>
          <w:tcPr>
            <w:tcW w:type="dxa" w:w="2592"/>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Administrator enablement</w:t>
            </w:r>
          </w:p>
        </w:tc>
        <w:tc>
          <w:tcPr>
            <w:tcW w:type="dxa" w:w="7344"/>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Each participating company identifies a system owner/admin and receives practical operational guidance.</w:t>
            </w:r>
          </w:p>
        </w:tc>
      </w:tr>
    </w:tbl>
    <w:p>
      <w:pPr>
        <w:spacing w:after="20"/>
      </w:pPr>
    </w:p>
    <w:p>
      <w:pPr>
        <w:pStyle w:val="Heading1"/>
        <w:keepNext/>
      </w:pPr>
      <w:r>
        <w:t>10. Participant Deliverables</w:t>
      </w:r>
    </w:p>
    <w:p>
      <w:r>
        <w:rPr>
          <w:rFonts w:ascii="Aptos" w:hAnsi="Aptos"/>
          <w:sz w:val="19"/>
        </w:rPr>
        <w:t>Deliverables depend on the programme level selected and the agreed company scope. The following matrix shows the expected output categories.</w:t>
      </w:r>
    </w:p>
    <w:tbl>
      <w:tblPr>
        <w:tblW w:type="auto" w:w="0"/>
        <w:jc w:val="center"/>
        <w:tblLayout w:type="fixed"/>
        <w:tblLook w:firstColumn="1" w:firstRow="1" w:lastColumn="0" w:lastRow="0" w:noHBand="0" w:noVBand="1" w:val="04A0"/>
      </w:tblPr>
      <w:tblGrid>
        <w:gridCol w:w="2498"/>
        <w:gridCol w:w="2498"/>
        <w:gridCol w:w="2498"/>
        <w:gridCol w:w="2498"/>
      </w:tblGrid>
      <w:tr>
        <w:trPr>
          <w:tblHeader/>
          <w:cantSplit/>
        </w:trPr>
        <w:tc>
          <w:tcPr>
            <w:tcW w:type="dxa" w:w="3816"/>
            <w:shd w:fill="12314A"/>
            <w:tcMar>
              <w:top w:w="80" w:type="dxa"/>
              <w:start w:w="100" w:type="dxa"/>
              <w:bottom w:w="80" w:type="dxa"/>
              <w:end w:w="100" w:type="dxa"/>
            </w:tcMar>
            <w:vAlign w:val="center"/>
            <w:tcBorders>
              <w:bottom w:val="single" w:sz="6" w:color="12314A"/>
            </w:tcBorders>
          </w:tcPr>
          <w:p>
            <w:pPr>
              <w:keepLines/>
              <w:jc w:val="left"/>
            </w:pPr>
            <w:r/>
            <w:r>
              <w:rPr>
                <w:rFonts w:ascii="Aptos" w:hAnsi="Aptos"/>
                <w:b/>
                <w:color w:val="FFFFFF"/>
                <w:sz w:val="16"/>
              </w:rPr>
              <w:t>Deliverable</w:t>
            </w:r>
          </w:p>
        </w:tc>
        <w:tc>
          <w:tcPr>
            <w:tcW w:type="dxa" w:w="1944"/>
            <w:shd w:fill="12314A"/>
            <w:tcMar>
              <w:top w:w="80" w:type="dxa"/>
              <w:start w:w="100" w:type="dxa"/>
              <w:bottom w:w="80" w:type="dxa"/>
              <w:end w:w="100" w:type="dxa"/>
            </w:tcMar>
            <w:vAlign w:val="center"/>
            <w:tcBorders>
              <w:bottom w:val="single" w:sz="6" w:color="12314A"/>
            </w:tcBorders>
          </w:tcPr>
          <w:p>
            <w:pPr>
              <w:keepLines/>
              <w:jc w:val="left"/>
            </w:pPr>
            <w:r/>
            <w:r>
              <w:rPr>
                <w:rFonts w:ascii="Aptos" w:hAnsi="Aptos"/>
                <w:b/>
                <w:color w:val="FFFFFF"/>
                <w:sz w:val="16"/>
              </w:rPr>
              <w:t>Basic</w:t>
            </w:r>
          </w:p>
        </w:tc>
        <w:tc>
          <w:tcPr>
            <w:tcW w:type="dxa" w:w="2088"/>
            <w:shd w:fill="12314A"/>
            <w:tcMar>
              <w:top w:w="80" w:type="dxa"/>
              <w:start w:w="100" w:type="dxa"/>
              <w:bottom w:w="80" w:type="dxa"/>
              <w:end w:w="100" w:type="dxa"/>
            </w:tcMar>
            <w:vAlign w:val="center"/>
            <w:tcBorders>
              <w:bottom w:val="single" w:sz="6" w:color="12314A"/>
            </w:tcBorders>
          </w:tcPr>
          <w:p>
            <w:pPr>
              <w:keepLines/>
              <w:jc w:val="left"/>
            </w:pPr>
            <w:r/>
            <w:r>
              <w:rPr>
                <w:rFonts w:ascii="Aptos" w:hAnsi="Aptos"/>
                <w:b/>
                <w:color w:val="FFFFFF"/>
                <w:sz w:val="16"/>
              </w:rPr>
              <w:t>Intermediate</w:t>
            </w:r>
          </w:p>
        </w:tc>
        <w:tc>
          <w:tcPr>
            <w:tcW w:type="dxa" w:w="2160"/>
            <w:shd w:fill="12314A"/>
            <w:tcMar>
              <w:top w:w="80" w:type="dxa"/>
              <w:start w:w="100" w:type="dxa"/>
              <w:bottom w:w="80" w:type="dxa"/>
              <w:end w:w="100" w:type="dxa"/>
            </w:tcMar>
            <w:vAlign w:val="center"/>
            <w:tcBorders>
              <w:bottom w:val="single" w:sz="6" w:color="12314A"/>
            </w:tcBorders>
          </w:tcPr>
          <w:p>
            <w:pPr>
              <w:keepLines/>
              <w:jc w:val="left"/>
            </w:pPr>
            <w:r/>
            <w:r>
              <w:rPr>
                <w:rFonts w:ascii="Aptos" w:hAnsi="Aptos"/>
                <w:b/>
                <w:color w:val="FFFFFF"/>
                <w:sz w:val="16"/>
              </w:rPr>
              <w:t>Advanced</w:t>
            </w:r>
          </w:p>
        </w:tc>
      </w:tr>
      <w:tr>
        <w:trPr>
          <w:cantSplit/>
        </w:trPr>
        <w:tc>
          <w:tcPr>
            <w:tcW w:type="dxa" w:w="3816"/>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Responsive business website</w:t>
            </w:r>
          </w:p>
        </w:tc>
        <w:tc>
          <w:tcPr>
            <w:tcW w:type="dxa" w:w="1944"/>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Included</w:t>
            </w:r>
          </w:p>
        </w:tc>
        <w:tc>
          <w:tcPr>
            <w:tcW w:type="dxa" w:w="2088"/>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Foundation required</w:t>
            </w:r>
          </w:p>
        </w:tc>
        <w:tc>
          <w:tcPr>
            <w:tcW w:type="dxa" w:w="2160"/>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Maintained/integrated</w:t>
            </w:r>
          </w:p>
        </w:tc>
      </w:tr>
      <w:tr>
        <w:trPr>
          <w:cantSplit/>
        </w:trPr>
        <w:tc>
          <w:tcPr>
            <w:tcW w:type="dxa" w:w="3816"/>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SEO foundation</w:t>
            </w:r>
          </w:p>
        </w:tc>
        <w:tc>
          <w:tcPr>
            <w:tcW w:type="dxa" w:w="1944"/>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Included</w:t>
            </w:r>
          </w:p>
        </w:tc>
        <w:tc>
          <w:tcPr>
            <w:tcW w:type="dxa" w:w="2088"/>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Maintained</w:t>
            </w:r>
          </w:p>
        </w:tc>
        <w:tc>
          <w:tcPr>
            <w:tcW w:type="dxa" w:w="2160"/>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Maintained</w:t>
            </w:r>
          </w:p>
        </w:tc>
      </w:tr>
      <w:tr>
        <w:trPr>
          <w:cantSplit/>
        </w:trPr>
        <w:tc>
          <w:tcPr>
            <w:tcW w:type="dxa" w:w="3816"/>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Security baseline</w:t>
            </w:r>
          </w:p>
        </w:tc>
        <w:tc>
          <w:tcPr>
            <w:tcW w:type="dxa" w:w="1944"/>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Included</w:t>
            </w:r>
          </w:p>
        </w:tc>
        <w:tc>
          <w:tcPr>
            <w:tcW w:type="dxa" w:w="2088"/>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Validated</w:t>
            </w:r>
          </w:p>
        </w:tc>
        <w:tc>
          <w:tcPr>
            <w:tcW w:type="dxa" w:w="2160"/>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Hardened/validated</w:t>
            </w:r>
          </w:p>
        </w:tc>
      </w:tr>
      <w:tr>
        <w:trPr>
          <w:cantSplit/>
        </w:trPr>
        <w:tc>
          <w:tcPr>
            <w:tcW w:type="dxa" w:w="3816"/>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Management dashboard</w:t>
            </w:r>
          </w:p>
        </w:tc>
        <w:tc>
          <w:tcPr>
            <w:tcW w:type="dxa" w:w="1944"/>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Included</w:t>
            </w:r>
          </w:p>
        </w:tc>
        <w:tc>
          <w:tcPr>
            <w:tcW w:type="dxa" w:w="2088"/>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Extended as needed</w:t>
            </w:r>
          </w:p>
        </w:tc>
        <w:tc>
          <w:tcPr>
            <w:tcW w:type="dxa" w:w="2160"/>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Operational views</w:t>
            </w:r>
          </w:p>
        </w:tc>
      </w:tr>
      <w:tr>
        <w:trPr>
          <w:cantSplit/>
        </w:trPr>
        <w:tc>
          <w:tcPr>
            <w:tcW w:type="dxa" w:w="3816"/>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Product/SKU catalogue</w:t>
            </w:r>
          </w:p>
        </w:tc>
        <w:tc>
          <w:tcPr>
            <w:tcW w:type="dxa" w:w="1944"/>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w:t>
            </w:r>
          </w:p>
        </w:tc>
        <w:tc>
          <w:tcPr>
            <w:tcW w:type="dxa" w:w="2088"/>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Included</w:t>
            </w:r>
          </w:p>
        </w:tc>
        <w:tc>
          <w:tcPr>
            <w:tcW w:type="dxa" w:w="2160"/>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Integrated as needed</w:t>
            </w:r>
          </w:p>
        </w:tc>
      </w:tr>
      <w:tr>
        <w:trPr>
          <w:cantSplit/>
        </w:trPr>
        <w:tc>
          <w:tcPr>
            <w:tcW w:type="dxa" w:w="3816"/>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Cart/checkout/order flow</w:t>
            </w:r>
          </w:p>
        </w:tc>
        <w:tc>
          <w:tcPr>
            <w:tcW w:type="dxa" w:w="1944"/>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w:t>
            </w:r>
          </w:p>
        </w:tc>
        <w:tc>
          <w:tcPr>
            <w:tcW w:type="dxa" w:w="2088"/>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Included</w:t>
            </w:r>
          </w:p>
        </w:tc>
        <w:tc>
          <w:tcPr>
            <w:tcW w:type="dxa" w:w="2160"/>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Integrated as needed</w:t>
            </w:r>
          </w:p>
        </w:tc>
      </w:tr>
      <w:tr>
        <w:trPr>
          <w:cantSplit/>
        </w:trPr>
        <w:tc>
          <w:tcPr>
            <w:tcW w:type="dxa" w:w="3816"/>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Selected business modules</w:t>
            </w:r>
          </w:p>
        </w:tc>
        <w:tc>
          <w:tcPr>
            <w:tcW w:type="dxa" w:w="1944"/>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w:t>
            </w:r>
          </w:p>
        </w:tc>
        <w:tc>
          <w:tcPr>
            <w:tcW w:type="dxa" w:w="2088"/>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w:t>
            </w:r>
          </w:p>
        </w:tc>
        <w:tc>
          <w:tcPr>
            <w:tcW w:type="dxa" w:w="2160"/>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Included by scope</w:t>
            </w:r>
          </w:p>
        </w:tc>
      </w:tr>
      <w:tr>
        <w:trPr>
          <w:cantSplit/>
        </w:trPr>
        <w:tc>
          <w:tcPr>
            <w:tcW w:type="dxa" w:w="3816"/>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AI-assisted workflows</w:t>
            </w:r>
          </w:p>
        </w:tc>
        <w:tc>
          <w:tcPr>
            <w:tcW w:type="dxa" w:w="1944"/>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w:t>
            </w:r>
          </w:p>
        </w:tc>
        <w:tc>
          <w:tcPr>
            <w:tcW w:type="dxa" w:w="2088"/>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Optional light use</w:t>
            </w:r>
          </w:p>
        </w:tc>
        <w:tc>
          <w:tcPr>
            <w:tcW w:type="dxa" w:w="2160"/>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Included where appropriate</w:t>
            </w:r>
          </w:p>
        </w:tc>
      </w:tr>
      <w:tr>
        <w:trPr>
          <w:cantSplit/>
        </w:trPr>
        <w:tc>
          <w:tcPr>
            <w:tcW w:type="dxa" w:w="3816"/>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Automation/integration</w:t>
            </w:r>
          </w:p>
        </w:tc>
        <w:tc>
          <w:tcPr>
            <w:tcW w:type="dxa" w:w="1944"/>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w:t>
            </w:r>
          </w:p>
        </w:tc>
        <w:tc>
          <w:tcPr>
            <w:tcW w:type="dxa" w:w="2088"/>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Basic where required</w:t>
            </w:r>
          </w:p>
        </w:tc>
        <w:tc>
          <w:tcPr>
            <w:tcW w:type="dxa" w:w="2160"/>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Included by scope</w:t>
            </w:r>
          </w:p>
        </w:tc>
      </w:tr>
      <w:tr>
        <w:trPr>
          <w:cantSplit/>
        </w:trPr>
        <w:tc>
          <w:tcPr>
            <w:tcW w:type="dxa" w:w="3816"/>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Production deployment</w:t>
            </w:r>
          </w:p>
        </w:tc>
        <w:tc>
          <w:tcPr>
            <w:tcW w:type="dxa" w:w="1944"/>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Included</w:t>
            </w:r>
          </w:p>
        </w:tc>
        <w:tc>
          <w:tcPr>
            <w:tcW w:type="dxa" w:w="2088"/>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Included</w:t>
            </w:r>
          </w:p>
        </w:tc>
        <w:tc>
          <w:tcPr>
            <w:tcW w:type="dxa" w:w="2160"/>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Included</w:t>
            </w:r>
          </w:p>
        </w:tc>
      </w:tr>
      <w:tr>
        <w:trPr>
          <w:cantSplit/>
        </w:trPr>
        <w:tc>
          <w:tcPr>
            <w:tcW w:type="dxa" w:w="3816"/>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Admin training</w:t>
            </w:r>
          </w:p>
        </w:tc>
        <w:tc>
          <w:tcPr>
            <w:tcW w:type="dxa" w:w="1944"/>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Included</w:t>
            </w:r>
          </w:p>
        </w:tc>
        <w:tc>
          <w:tcPr>
            <w:tcW w:type="dxa" w:w="2088"/>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Included</w:t>
            </w:r>
          </w:p>
        </w:tc>
        <w:tc>
          <w:tcPr>
            <w:tcW w:type="dxa" w:w="2160"/>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Included</w:t>
            </w:r>
          </w:p>
        </w:tc>
      </w:tr>
      <w:tr>
        <w:trPr>
          <w:cantSplit/>
        </w:trPr>
        <w:tc>
          <w:tcPr>
            <w:tcW w:type="dxa" w:w="3816"/>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Documentation/roadmap</w:t>
            </w:r>
          </w:p>
        </w:tc>
        <w:tc>
          <w:tcPr>
            <w:tcW w:type="dxa" w:w="1944"/>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Basic handover</w:t>
            </w:r>
          </w:p>
        </w:tc>
        <w:tc>
          <w:tcPr>
            <w:tcW w:type="dxa" w:w="2088"/>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Commerce handover</w:t>
            </w:r>
          </w:p>
        </w:tc>
        <w:tc>
          <w:tcPr>
            <w:tcW w:type="dxa" w:w="2160"/>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Full handover + 30/60/90 roadmap</w:t>
            </w:r>
          </w:p>
        </w:tc>
      </w:tr>
    </w:tbl>
    <w:p>
      <w:pPr>
        <w:spacing w:after="20"/>
      </w:pPr>
    </w:p>
    <w:p>
      <w:pPr>
        <w:pStyle w:val="Heading1"/>
        <w:keepNext/>
      </w:pPr>
      <w:r>
        <w:t>11. Technology, Infrastructure and AI Deployment</w:t>
      </w:r>
    </w:p>
    <w:p>
      <w:r>
        <w:rPr>
          <w:rFonts w:ascii="Aptos" w:hAnsi="Aptos"/>
          <w:sz w:val="19"/>
        </w:rPr>
        <w:t>The programme separates programme delivery, infrastructure and optional AI model deployment so participating companies can understand the cost and ownership model clearly.</w:t>
      </w:r>
    </w:p>
    <w:p>
      <w:pPr>
        <w:pStyle w:val="Heading2"/>
        <w:keepNext/>
      </w:pPr>
      <w:r>
        <w:t>11.1 Standard Infrastructure</w:t>
      </w:r>
    </w:p>
    <w:p>
      <w:pPr>
        <w:pStyle w:val="ListBullet"/>
        <w:spacing w:after="30"/>
        <w:ind w:left="216" w:hanging="173"/>
      </w:pPr>
      <w:r>
        <w:rPr>
          <w:rFonts w:ascii="Aptos" w:hAnsi="Aptos"/>
          <w:sz w:val="18"/>
        </w:rPr>
        <w:t>Year 1 infrastructure: RM500 per company per year.</w:t>
      </w:r>
    </w:p>
    <w:p>
      <w:pPr>
        <w:pStyle w:val="ListBullet"/>
        <w:spacing w:after="30"/>
        <w:ind w:left="216" w:hanging="173"/>
      </w:pPr>
      <w:r>
        <w:rPr>
          <w:rFonts w:ascii="Aptos" w:hAnsi="Aptos"/>
          <w:sz w:val="18"/>
        </w:rPr>
        <w:t>Year 2+ infrastructure: RM1,000 per company per year.</w:t>
      </w:r>
    </w:p>
    <w:p>
      <w:pPr>
        <w:pStyle w:val="ListBullet"/>
        <w:spacing w:after="30"/>
        <w:ind w:left="216" w:hanging="173"/>
      </w:pPr>
      <w:r>
        <w:rPr>
          <w:rFonts w:ascii="Aptos" w:hAnsi="Aptos"/>
          <w:sz w:val="18"/>
        </w:rPr>
        <w:t>Infrastructure is intended to host the agreed website/system environment under the programme scope.</w:t>
      </w:r>
    </w:p>
    <w:p>
      <w:pPr>
        <w:pStyle w:val="ListBullet"/>
        <w:spacing w:after="30"/>
        <w:ind w:left="216" w:hanging="173"/>
      </w:pPr>
      <w:r>
        <w:rPr>
          <w:rFonts w:ascii="Aptos" w:hAnsi="Aptos"/>
          <w:sz w:val="18"/>
        </w:rPr>
        <w:t>Unusual storage, GPU, traffic or compute requirements may require a separate quotation.</w:t>
      </w:r>
    </w:p>
    <w:p>
      <w:pPr>
        <w:pStyle w:val="Heading2"/>
        <w:keepNext/>
      </w:pPr>
      <w:r>
        <w:t>11.2 Optional Initial AI Model Deployment</w:t>
      </w:r>
    </w:p>
    <w:p>
      <w:pPr>
        <w:pStyle w:val="ListBullet"/>
        <w:spacing w:after="30"/>
        <w:ind w:left="216" w:hanging="173"/>
      </w:pPr>
      <w:r>
        <w:rPr>
          <w:rFonts w:ascii="Aptos" w:hAnsi="Aptos"/>
          <w:sz w:val="18"/>
        </w:rPr>
        <w:t>Optional add-on: RM1,200 per company.</w:t>
      </w:r>
    </w:p>
    <w:p>
      <w:pPr>
        <w:pStyle w:val="ListBullet"/>
        <w:spacing w:after="30"/>
        <w:ind w:left="216" w:hanging="173"/>
      </w:pPr>
      <w:r>
        <w:rPr>
          <w:rFonts w:ascii="Aptos" w:hAnsi="Aptos"/>
          <w:sz w:val="18"/>
        </w:rPr>
        <w:t>May include an Ollama environment, Luna GPT / supported model, initial model/runtime configuration, basic integration and initial deployment.</w:t>
      </w:r>
    </w:p>
    <w:p>
      <w:pPr>
        <w:pStyle w:val="ListBullet"/>
        <w:spacing w:after="30"/>
        <w:ind w:left="216" w:hanging="173"/>
      </w:pPr>
      <w:r>
        <w:rPr>
          <w:rFonts w:ascii="Aptos" w:hAnsi="Aptos"/>
          <w:sz w:val="18"/>
        </w:rPr>
        <w:t>The add-on is not compulsory and is not included in the RM11,000 programme fee.</w:t>
      </w:r>
    </w:p>
    <w:p>
      <w:pPr>
        <w:pStyle w:val="ListBullet"/>
        <w:spacing w:after="30"/>
        <w:ind w:left="216" w:hanging="173"/>
      </w:pPr>
      <w:r>
        <w:rPr>
          <w:rFonts w:ascii="Aptos" w:hAnsi="Aptos"/>
          <w:sz w:val="18"/>
        </w:rPr>
        <w:t>From Year 2 onward, AI model/provider selection is separated from infrastructure pricing.</w:t>
      </w:r>
    </w:p>
    <w:p>
      <w:pPr>
        <w:pStyle w:val="Heading2"/>
        <w:keepNext/>
      </w:pPr>
      <w:r>
        <w:t>11.3 Year-2 Model Choice</w:t>
      </w:r>
    </w:p>
    <w:p>
      <w:pPr>
        <w:pStyle w:val="ListBullet"/>
        <w:spacing w:after="30"/>
        <w:ind w:left="216" w:hanging="173"/>
      </w:pPr>
      <w:r>
        <w:rPr>
          <w:rFonts w:ascii="Aptos" w:hAnsi="Aptos"/>
          <w:sz w:val="18"/>
        </w:rPr>
        <w:t>Continue with a compatible local/open-source model.</w:t>
      </w:r>
    </w:p>
    <w:p>
      <w:pPr>
        <w:pStyle w:val="ListBullet"/>
        <w:spacing w:after="30"/>
        <w:ind w:left="216" w:hanging="173"/>
      </w:pPr>
      <w:r>
        <w:rPr>
          <w:rFonts w:ascii="Aptos" w:hAnsi="Aptos"/>
          <w:sz w:val="18"/>
        </w:rPr>
        <w:t>Select and subscribe to an external AI provider directly.</w:t>
      </w:r>
    </w:p>
    <w:p>
      <w:pPr>
        <w:pStyle w:val="ListBullet"/>
        <w:spacing w:after="30"/>
        <w:ind w:left="216" w:hanging="173"/>
      </w:pPr>
      <w:r>
        <w:rPr>
          <w:rFonts w:ascii="Aptos" w:hAnsi="Aptos"/>
          <w:sz w:val="18"/>
        </w:rPr>
        <w:t>Use another compatible model/provider based on company needs.</w:t>
      </w:r>
    </w:p>
    <w:p>
      <w:pPr>
        <w:pStyle w:val="ListBullet"/>
        <w:spacing w:after="30"/>
        <w:ind w:left="216" w:hanging="173"/>
      </w:pPr>
      <w:r>
        <w:rPr>
          <w:rFonts w:ascii="Aptos" w:hAnsi="Aptos"/>
          <w:sz w:val="18"/>
        </w:rPr>
        <w:t>Subscribe to a future AINNA-managed model when commercially available; pricing will depend on the model and commercial offering and is not fixed in this proposal.</w:t>
      </w:r>
    </w:p>
    <w:p>
      <w:pPr>
        <w:pStyle w:val="Heading1"/>
        <w:keepNext/>
      </w:pPr>
      <w:r>
        <w:t>12. Security, Governance and Responsible AI</w:t>
      </w:r>
    </w:p>
    <w:tbl>
      <w:tblPr>
        <w:tblW w:type="auto" w:w="0"/>
        <w:jc w:val="center"/>
        <w:tblLayout w:type="fixed"/>
        <w:tblLook w:firstColumn="1" w:firstRow="1" w:lastColumn="0" w:lastRow="0" w:noHBand="0" w:noVBand="1" w:val="04A0"/>
      </w:tblPr>
      <w:tblGrid>
        <w:gridCol w:w="4997"/>
        <w:gridCol w:w="4997"/>
      </w:tblGrid>
      <w:tr>
        <w:trPr>
          <w:tblHeader/>
          <w:cantSplit/>
        </w:trPr>
        <w:tc>
          <w:tcPr>
            <w:tcW w:type="dxa" w:w="2448"/>
            <w:shd w:fill="12314A"/>
            <w:tcMar>
              <w:top w:w="80" w:type="dxa"/>
              <w:start w:w="100" w:type="dxa"/>
              <w:bottom w:w="80" w:type="dxa"/>
              <w:end w:w="100" w:type="dxa"/>
            </w:tcMar>
            <w:vAlign w:val="center"/>
            <w:tcBorders>
              <w:bottom w:val="single" w:sz="6" w:color="12314A"/>
            </w:tcBorders>
          </w:tcPr>
          <w:p>
            <w:pPr>
              <w:keepLines/>
              <w:jc w:val="left"/>
            </w:pPr>
            <w:r/>
            <w:r>
              <w:rPr>
                <w:rFonts w:ascii="Aptos" w:hAnsi="Aptos"/>
                <w:b/>
                <w:color w:val="FFFFFF"/>
                <w:sz w:val="17"/>
              </w:rPr>
              <w:t>Control Area</w:t>
            </w:r>
          </w:p>
        </w:tc>
        <w:tc>
          <w:tcPr>
            <w:tcW w:type="dxa" w:w="7488"/>
            <w:shd w:fill="12314A"/>
            <w:tcMar>
              <w:top w:w="80" w:type="dxa"/>
              <w:start w:w="100" w:type="dxa"/>
              <w:bottom w:w="80" w:type="dxa"/>
              <w:end w:w="100" w:type="dxa"/>
            </w:tcMar>
            <w:vAlign w:val="center"/>
            <w:tcBorders>
              <w:bottom w:val="single" w:sz="6" w:color="12314A"/>
            </w:tcBorders>
          </w:tcPr>
          <w:p>
            <w:pPr>
              <w:keepLines/>
              <w:jc w:val="left"/>
            </w:pPr>
            <w:r/>
            <w:r>
              <w:rPr>
                <w:rFonts w:ascii="Aptos" w:hAnsi="Aptos"/>
                <w:b/>
                <w:color w:val="FFFFFF"/>
                <w:sz w:val="17"/>
              </w:rPr>
              <w:t>Proposed Practice</w:t>
            </w:r>
          </w:p>
        </w:tc>
      </w:tr>
      <w:tr>
        <w:trPr>
          <w:cantSplit/>
        </w:trPr>
        <w:tc>
          <w:tcPr>
            <w:tcW w:type="dxa" w:w="2448"/>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Access control</w:t>
            </w:r>
          </w:p>
        </w:tc>
        <w:tc>
          <w:tcPr>
            <w:tcW w:type="dxa" w:w="7488"/>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Role-based access, administrator ownership and least-privilege configuration where applicable.</w:t>
            </w:r>
          </w:p>
        </w:tc>
      </w:tr>
      <w:tr>
        <w:trPr>
          <w:cantSplit/>
        </w:trPr>
        <w:tc>
          <w:tcPr>
            <w:tcW w:type="dxa" w:w="2448"/>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Credentials</w:t>
            </w:r>
          </w:p>
        </w:tc>
        <w:tc>
          <w:tcPr>
            <w:tcW w:type="dxa" w:w="7488"/>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Credentials/API keys are not to be published or embedded in public content; authorised configuration only.</w:t>
            </w:r>
          </w:p>
        </w:tc>
      </w:tr>
      <w:tr>
        <w:trPr>
          <w:cantSplit/>
        </w:trPr>
        <w:tc>
          <w:tcPr>
            <w:tcW w:type="dxa" w:w="2448"/>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Data scope</w:t>
            </w:r>
          </w:p>
        </w:tc>
        <w:tc>
          <w:tcPr>
            <w:tcW w:type="dxa" w:w="7488"/>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Only data approved for the workflow should be exposed to connected systems or AI components.</w:t>
            </w:r>
          </w:p>
        </w:tc>
      </w:tr>
      <w:tr>
        <w:trPr>
          <w:cantSplit/>
        </w:trPr>
        <w:tc>
          <w:tcPr>
            <w:tcW w:type="dxa" w:w="2448"/>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AI review</w:t>
            </w:r>
          </w:p>
        </w:tc>
        <w:tc>
          <w:tcPr>
            <w:tcW w:type="dxa" w:w="7488"/>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AI-generated output remains subject to human review for business, financial, operational and customer-facing decisions.</w:t>
            </w:r>
          </w:p>
        </w:tc>
      </w:tr>
      <w:tr>
        <w:trPr>
          <w:cantSplit/>
        </w:trPr>
        <w:tc>
          <w:tcPr>
            <w:tcW w:type="dxa" w:w="2448"/>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Backups</w:t>
            </w:r>
          </w:p>
        </w:tc>
        <w:tc>
          <w:tcPr>
            <w:tcW w:type="dxa" w:w="7488"/>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Backup approach and restore expectations are verified before final handover where applicable.</w:t>
            </w:r>
          </w:p>
        </w:tc>
      </w:tr>
      <w:tr>
        <w:trPr>
          <w:cantSplit/>
        </w:trPr>
        <w:tc>
          <w:tcPr>
            <w:tcW w:type="dxa" w:w="2448"/>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Logging/monitoring</w:t>
            </w:r>
          </w:p>
        </w:tc>
        <w:tc>
          <w:tcPr>
            <w:tcW w:type="dxa" w:w="7488"/>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Basic logging and operational checks are incorporated according to the system scope.</w:t>
            </w:r>
          </w:p>
        </w:tc>
      </w:tr>
      <w:tr>
        <w:trPr>
          <w:cantSplit/>
        </w:trPr>
        <w:tc>
          <w:tcPr>
            <w:tcW w:type="dxa" w:w="2448"/>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Third parties</w:t>
            </w:r>
          </w:p>
        </w:tc>
        <w:tc>
          <w:tcPr>
            <w:tcW w:type="dxa" w:w="7488"/>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External providers remain subject to their own availability, account approval, pricing and terms.</w:t>
            </w:r>
          </w:p>
        </w:tc>
      </w:tr>
    </w:tbl>
    <w:p>
      <w:pPr>
        <w:spacing w:after="20"/>
      </w:pPr>
    </w:p>
    <w:tbl>
      <w:tblPr>
        <w:tblW w:type="auto" w:w="0"/>
        <w:jc w:val="center"/>
        <w:tblLayout w:type="autofit"/>
        <w:tblLook w:firstColumn="1" w:firstRow="1" w:lastColumn="0" w:lastRow="0" w:noHBand="0" w:noVBand="1" w:val="04A0"/>
      </w:tblPr>
      <w:tblGrid>
        <w:gridCol w:w="9994"/>
      </w:tblGrid>
      <w:tr>
        <w:trPr>
          <w:cantSplit/>
        </w:trPr>
        <w:tc>
          <w:tcPr>
            <w:tcW w:type="dxa" w:w="9994"/>
            <w:shd w:fill="EAF6F4"/>
            <w:tcMar>
              <w:top w:w="120" w:type="dxa"/>
              <w:start w:w="160" w:type="dxa"/>
              <w:bottom w:w="120" w:type="dxa"/>
              <w:end w:w="160" w:type="dxa"/>
            </w:tcMar>
            <w:tcBorders>
              <w:top w:val="single" w:sz="2" w:color="D7DEE4"/>
              <w:left w:val="single" w:sz="18" w:color="2D8C65"/>
              <w:bottom w:val="single" w:sz="2" w:color="D7DEE4"/>
              <w:right w:val="single" w:sz="2" w:color="D7DEE4"/>
            </w:tcBorders>
          </w:tcPr>
          <w:p>
            <w:pPr>
              <w:keepLines/>
              <w:spacing w:after="40"/>
            </w:pPr>
            <w:r>
              <w:rPr>
                <w:rFonts w:ascii="Aptos" w:hAnsi="Aptos"/>
                <w:b/>
                <w:color w:val="2D8C65"/>
                <w:sz w:val="20"/>
              </w:rPr>
              <w:t>Responsible AI principle</w:t>
            </w:r>
          </w:p>
          <w:p>
            <w:pPr>
              <w:keepLines/>
              <w:spacing w:after="0"/>
            </w:pPr>
            <w:r>
              <w:rPr>
                <w:rFonts w:ascii="Aptos" w:hAnsi="Aptos"/>
                <w:color w:val="17232C"/>
                <w:sz w:val="18"/>
              </w:rPr>
              <w:t>Use advanced AI only where it is genuinely required. Deterministic rules, parsers, conventional application logic and smaller/local models should be used where they provide better control, lower cost or greater predictability.</w:t>
            </w:r>
          </w:p>
        </w:tc>
      </w:tr>
    </w:tbl>
    <w:p>
      <w:pPr>
        <w:spacing w:after="20"/>
      </w:pPr>
    </w:p>
    <w:p>
      <w:pPr>
        <w:pStyle w:val="Heading1"/>
        <w:keepNext/>
      </w:pPr>
      <w:r>
        <w:t>13. Measurement, Quality Gates and Acceptance</w:t>
      </w:r>
    </w:p>
    <w:p>
      <w:r>
        <w:rPr>
          <w:rFonts w:ascii="Aptos" w:hAnsi="Aptos"/>
          <w:sz w:val="19"/>
        </w:rPr>
        <w:t>A programme level is considered complete only after the applicable quality checks have been performed and the agreed output is demonstrated to the company representative.</w:t>
      </w:r>
    </w:p>
    <w:tbl>
      <w:tblPr>
        <w:tblW w:type="auto" w:w="0"/>
        <w:jc w:val="center"/>
        <w:tblLayout w:type="fixed"/>
        <w:tblLook w:firstColumn="1" w:firstRow="1" w:lastColumn="0" w:lastRow="0" w:noHBand="0" w:noVBand="1" w:val="04A0"/>
      </w:tblPr>
      <w:tblGrid>
        <w:gridCol w:w="4997"/>
        <w:gridCol w:w="4997"/>
      </w:tblGrid>
      <w:tr>
        <w:trPr>
          <w:tblHeader/>
          <w:cantSplit/>
        </w:trPr>
        <w:tc>
          <w:tcPr>
            <w:tcW w:type="dxa" w:w="2880"/>
            <w:shd w:fill="12314A"/>
            <w:tcMar>
              <w:top w:w="80" w:type="dxa"/>
              <w:start w:w="100" w:type="dxa"/>
              <w:bottom w:w="80" w:type="dxa"/>
              <w:end w:w="100" w:type="dxa"/>
            </w:tcMar>
            <w:vAlign w:val="center"/>
            <w:tcBorders>
              <w:bottom w:val="single" w:sz="6" w:color="12314A"/>
            </w:tcBorders>
          </w:tcPr>
          <w:p>
            <w:pPr>
              <w:keepLines/>
              <w:jc w:val="left"/>
            </w:pPr>
            <w:r/>
            <w:r>
              <w:rPr>
                <w:rFonts w:ascii="Aptos" w:hAnsi="Aptos"/>
                <w:b/>
                <w:color w:val="FFFFFF"/>
                <w:sz w:val="17"/>
              </w:rPr>
              <w:t>Quality Gate</w:t>
            </w:r>
          </w:p>
        </w:tc>
        <w:tc>
          <w:tcPr>
            <w:tcW w:type="dxa" w:w="7056"/>
            <w:shd w:fill="12314A"/>
            <w:tcMar>
              <w:top w:w="80" w:type="dxa"/>
              <w:start w:w="100" w:type="dxa"/>
              <w:bottom w:w="80" w:type="dxa"/>
              <w:end w:w="100" w:type="dxa"/>
            </w:tcMar>
            <w:vAlign w:val="center"/>
            <w:tcBorders>
              <w:bottom w:val="single" w:sz="6" w:color="12314A"/>
            </w:tcBorders>
          </w:tcPr>
          <w:p>
            <w:pPr>
              <w:keepLines/>
              <w:jc w:val="left"/>
            </w:pPr>
            <w:r/>
            <w:r>
              <w:rPr>
                <w:rFonts w:ascii="Aptos" w:hAnsi="Aptos"/>
                <w:b/>
                <w:color w:val="FFFFFF"/>
                <w:sz w:val="17"/>
              </w:rPr>
              <w:t>Acceptance Evidence</w:t>
            </w:r>
          </w:p>
        </w:tc>
      </w:tr>
      <w:tr>
        <w:trPr>
          <w:cantSplit/>
        </w:trPr>
        <w:tc>
          <w:tcPr>
            <w:tcW w:type="dxa" w:w="2880"/>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Functional test</w:t>
            </w:r>
          </w:p>
        </w:tc>
        <w:tc>
          <w:tcPr>
            <w:tcW w:type="dxa" w:w="7056"/>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Core functions execute according to the agreed scope.</w:t>
            </w:r>
          </w:p>
        </w:tc>
      </w:tr>
      <w:tr>
        <w:trPr>
          <w:cantSplit/>
        </w:trPr>
        <w:tc>
          <w:tcPr>
            <w:tcW w:type="dxa" w:w="2880"/>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Mobile/responsive test</w:t>
            </w:r>
          </w:p>
        </w:tc>
        <w:tc>
          <w:tcPr>
            <w:tcW w:type="dxa" w:w="7056"/>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Key user journeys are usable on representative mobile and desktop layouts.</w:t>
            </w:r>
          </w:p>
        </w:tc>
      </w:tr>
      <w:tr>
        <w:trPr>
          <w:cantSplit/>
        </w:trPr>
        <w:tc>
          <w:tcPr>
            <w:tcW w:type="dxa" w:w="2880"/>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Access-control test</w:t>
            </w:r>
          </w:p>
        </w:tc>
        <w:tc>
          <w:tcPr>
            <w:tcW w:type="dxa" w:w="7056"/>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Users/admins can access only the functions intended for their roles.</w:t>
            </w:r>
          </w:p>
        </w:tc>
      </w:tr>
      <w:tr>
        <w:trPr>
          <w:cantSplit/>
        </w:trPr>
        <w:tc>
          <w:tcPr>
            <w:tcW w:type="dxa" w:w="2880"/>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SEO verification</w:t>
            </w:r>
          </w:p>
        </w:tc>
        <w:tc>
          <w:tcPr>
            <w:tcW w:type="dxa" w:w="7056"/>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Basic page structure, titles and discoverability elements are present where applicable.</w:t>
            </w:r>
          </w:p>
        </w:tc>
      </w:tr>
      <w:tr>
        <w:trPr>
          <w:cantSplit/>
        </w:trPr>
        <w:tc>
          <w:tcPr>
            <w:tcW w:type="dxa" w:w="2880"/>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Security review</w:t>
            </w:r>
          </w:p>
        </w:tc>
        <w:tc>
          <w:tcPr>
            <w:tcW w:type="dxa" w:w="7056"/>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Baseline access, HTTPS/security settings and exposure risks are checked.</w:t>
            </w:r>
          </w:p>
        </w:tc>
      </w:tr>
      <w:tr>
        <w:trPr>
          <w:cantSplit/>
        </w:trPr>
        <w:tc>
          <w:tcPr>
            <w:tcW w:type="dxa" w:w="2880"/>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Data validation</w:t>
            </w:r>
          </w:p>
        </w:tc>
        <w:tc>
          <w:tcPr>
            <w:tcW w:type="dxa" w:w="7056"/>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Key business data displays/processes correctly for the selected workflow.</w:t>
            </w:r>
          </w:p>
        </w:tc>
      </w:tr>
      <w:tr>
        <w:trPr>
          <w:cantSplit/>
        </w:trPr>
        <w:tc>
          <w:tcPr>
            <w:tcW w:type="dxa" w:w="2880"/>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Workflow test</w:t>
            </w:r>
          </w:p>
        </w:tc>
        <w:tc>
          <w:tcPr>
            <w:tcW w:type="dxa" w:w="7056"/>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End-to-end flow can be demonstrated using defined scenarios.</w:t>
            </w:r>
          </w:p>
        </w:tc>
      </w:tr>
      <w:tr>
        <w:trPr>
          <w:cantSplit/>
        </w:trPr>
        <w:tc>
          <w:tcPr>
            <w:tcW w:type="dxa" w:w="2880"/>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Backup/deployment check</w:t>
            </w:r>
          </w:p>
        </w:tc>
        <w:tc>
          <w:tcPr>
            <w:tcW w:type="dxa" w:w="7056"/>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Production deployment and agreed continuity controls are verified.</w:t>
            </w:r>
          </w:p>
        </w:tc>
      </w:tr>
      <w:tr>
        <w:trPr>
          <w:cantSplit/>
        </w:trPr>
        <w:tc>
          <w:tcPr>
            <w:tcW w:type="dxa" w:w="2880"/>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Administrator acceptance</w:t>
            </w:r>
          </w:p>
        </w:tc>
        <w:tc>
          <w:tcPr>
            <w:tcW w:type="dxa" w:w="7056"/>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Company admin receives access, walkthrough and confirms basic operational readiness.</w:t>
            </w:r>
          </w:p>
        </w:tc>
      </w:tr>
    </w:tbl>
    <w:p>
      <w:pPr>
        <w:spacing w:after="20"/>
      </w:pPr>
    </w:p>
    <w:p>
      <w:pPr>
        <w:pStyle w:val="Heading2"/>
        <w:keepNext/>
      </w:pPr>
      <w:r>
        <w:t>Suggested Programme KPIs</w:t>
      </w:r>
    </w:p>
    <w:p>
      <w:pPr>
        <w:pStyle w:val="ListBullet"/>
        <w:spacing w:after="30"/>
        <w:ind w:left="216" w:hanging="173"/>
      </w:pPr>
      <w:r>
        <w:rPr>
          <w:rFonts w:ascii="Aptos" w:hAnsi="Aptos"/>
          <w:sz w:val="18"/>
        </w:rPr>
        <w:t>Percentage of participating companies completing required daily quality gates.</w:t>
      </w:r>
    </w:p>
    <w:p>
      <w:pPr>
        <w:pStyle w:val="ListBullet"/>
        <w:spacing w:after="30"/>
        <w:ind w:left="216" w:hanging="173"/>
      </w:pPr>
      <w:r>
        <w:rPr>
          <w:rFonts w:ascii="Aptos" w:hAnsi="Aptos"/>
          <w:sz w:val="18"/>
        </w:rPr>
        <w:t>Percentage of companies with a deployable output by the end of their selected level.</w:t>
      </w:r>
    </w:p>
    <w:p>
      <w:pPr>
        <w:pStyle w:val="ListBullet"/>
        <w:spacing w:after="30"/>
        <w:ind w:left="216" w:hanging="173"/>
      </w:pPr>
      <w:r>
        <w:rPr>
          <w:rFonts w:ascii="Aptos" w:hAnsi="Aptos"/>
          <w:sz w:val="18"/>
        </w:rPr>
        <w:t>Administrator-training completion rate.</w:t>
      </w:r>
    </w:p>
    <w:p>
      <w:pPr>
        <w:pStyle w:val="ListBullet"/>
        <w:spacing w:after="30"/>
        <w:ind w:left="216" w:hanging="173"/>
      </w:pPr>
      <w:r>
        <w:rPr>
          <w:rFonts w:ascii="Aptos" w:hAnsi="Aptos"/>
          <w:sz w:val="18"/>
        </w:rPr>
        <w:t>Number of business processes digitised/automated under the agreed scope.</w:t>
      </w:r>
    </w:p>
    <w:p>
      <w:pPr>
        <w:pStyle w:val="ListBullet"/>
        <w:spacing w:after="30"/>
        <w:ind w:left="216" w:hanging="173"/>
      </w:pPr>
      <w:r>
        <w:rPr>
          <w:rFonts w:ascii="Aptos" w:hAnsi="Aptos"/>
          <w:sz w:val="18"/>
        </w:rPr>
        <w:t>Post-programme adoption checks at 30, 60 and 90 days where follow-up is commissioned.</w:t>
      </w:r>
    </w:p>
    <w:p>
      <w:pPr>
        <w:pStyle w:val="ListBullet"/>
        <w:spacing w:after="30"/>
        <w:ind w:left="216" w:hanging="173"/>
      </w:pPr>
      <w:r>
        <w:rPr>
          <w:rFonts w:ascii="Aptos" w:hAnsi="Aptos"/>
          <w:sz w:val="18"/>
        </w:rPr>
        <w:t>Issue closure rate from final testing to handover.</w:t>
      </w:r>
    </w:p>
    <w:p>
      <w:pPr>
        <w:pStyle w:val="Heading1"/>
        <w:keepNext/>
      </w:pPr>
      <w:r>
        <w:t>14. Commercial Proposal</w:t>
      </w:r>
    </w:p>
    <w:tbl>
      <w:tblPr>
        <w:tblW w:type="auto" w:w="0"/>
        <w:jc w:val="center"/>
        <w:tblLayout w:type="fixed"/>
        <w:tblLook w:firstColumn="1" w:firstRow="1" w:lastColumn="0" w:lastRow="0" w:noHBand="0" w:noVBand="1" w:val="04A0"/>
      </w:tblPr>
      <w:tblGrid>
        <w:gridCol w:w="3331"/>
        <w:gridCol w:w="3331"/>
        <w:gridCol w:w="3331"/>
      </w:tblGrid>
      <w:tr>
        <w:trPr>
          <w:tblHeader/>
          <w:cantSplit/>
        </w:trPr>
        <w:tc>
          <w:tcPr>
            <w:tcW w:type="dxa" w:w="4536"/>
            <w:shd w:fill="12314A"/>
            <w:tcMar>
              <w:top w:w="80" w:type="dxa"/>
              <w:start w:w="100" w:type="dxa"/>
              <w:bottom w:w="80" w:type="dxa"/>
              <w:end w:w="100" w:type="dxa"/>
            </w:tcMar>
            <w:vAlign w:val="center"/>
            <w:tcBorders>
              <w:bottom w:val="single" w:sz="6" w:color="12314A"/>
            </w:tcBorders>
          </w:tcPr>
          <w:p>
            <w:pPr>
              <w:keepLines/>
              <w:jc w:val="left"/>
            </w:pPr>
            <w:r/>
            <w:r>
              <w:rPr>
                <w:rFonts w:ascii="Aptos" w:hAnsi="Aptos"/>
                <w:b/>
                <w:color w:val="FFFFFF"/>
                <w:sz w:val="16"/>
              </w:rPr>
              <w:t>Item</w:t>
            </w:r>
          </w:p>
        </w:tc>
        <w:tc>
          <w:tcPr>
            <w:tcW w:type="dxa" w:w="2952"/>
            <w:shd w:fill="12314A"/>
            <w:tcMar>
              <w:top w:w="80" w:type="dxa"/>
              <w:start w:w="100" w:type="dxa"/>
              <w:bottom w:w="80" w:type="dxa"/>
              <w:end w:w="100" w:type="dxa"/>
            </w:tcMar>
            <w:vAlign w:val="center"/>
            <w:tcBorders>
              <w:bottom w:val="single" w:sz="6" w:color="12314A"/>
            </w:tcBorders>
          </w:tcPr>
          <w:p>
            <w:pPr>
              <w:keepLines/>
              <w:jc w:val="left"/>
            </w:pPr>
            <w:r/>
            <w:r>
              <w:rPr>
                <w:rFonts w:ascii="Aptos" w:hAnsi="Aptos"/>
                <w:b/>
                <w:color w:val="FFFFFF"/>
                <w:sz w:val="16"/>
              </w:rPr>
              <w:t>Unit Price</w:t>
            </w:r>
          </w:p>
        </w:tc>
        <w:tc>
          <w:tcPr>
            <w:tcW w:type="dxa" w:w="2520"/>
            <w:shd w:fill="12314A"/>
            <w:tcMar>
              <w:top w:w="80" w:type="dxa"/>
              <w:start w:w="100" w:type="dxa"/>
              <w:bottom w:w="80" w:type="dxa"/>
              <w:end w:w="100" w:type="dxa"/>
            </w:tcMar>
            <w:vAlign w:val="center"/>
            <w:tcBorders>
              <w:bottom w:val="single" w:sz="6" w:color="12314A"/>
            </w:tcBorders>
          </w:tcPr>
          <w:p>
            <w:pPr>
              <w:keepLines/>
              <w:jc w:val="left"/>
            </w:pPr>
            <w:r/>
            <w:r>
              <w:rPr>
                <w:rFonts w:ascii="Aptos" w:hAnsi="Aptos"/>
                <w:b/>
                <w:color w:val="FFFFFF"/>
                <w:sz w:val="16"/>
              </w:rPr>
              <w:t>Minimum / Condition</w:t>
            </w:r>
          </w:p>
        </w:tc>
      </w:tr>
      <w:tr>
        <w:trPr>
          <w:cantSplit/>
        </w:trPr>
        <w:tc>
          <w:tcPr>
            <w:tcW w:type="dxa" w:w="4536"/>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Level 1 — Basic (3 days)</w:t>
            </w:r>
          </w:p>
        </w:tc>
        <w:tc>
          <w:tcPr>
            <w:tcW w:type="dxa" w:w="2952"/>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RM3,000 / company</w:t>
            </w:r>
          </w:p>
        </w:tc>
        <w:tc>
          <w:tcPr>
            <w:tcW w:type="dxa" w:w="2520"/>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Minimum 10 companies</w:t>
            </w:r>
          </w:p>
        </w:tc>
      </w:tr>
      <w:tr>
        <w:trPr>
          <w:cantSplit/>
        </w:trPr>
        <w:tc>
          <w:tcPr>
            <w:tcW w:type="dxa" w:w="4536"/>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Level 2 — Intermediate (3 days)</w:t>
            </w:r>
          </w:p>
        </w:tc>
        <w:tc>
          <w:tcPr>
            <w:tcW w:type="dxa" w:w="2952"/>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RM3,000 / company</w:t>
            </w:r>
          </w:p>
        </w:tc>
        <w:tc>
          <w:tcPr>
            <w:tcW w:type="dxa" w:w="2520"/>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Minimum 10 companies</w:t>
            </w:r>
          </w:p>
        </w:tc>
      </w:tr>
      <w:tr>
        <w:trPr>
          <w:cantSplit/>
        </w:trPr>
        <w:tc>
          <w:tcPr>
            <w:tcW w:type="dxa" w:w="4536"/>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Level 3 — Advanced (4 days)</w:t>
            </w:r>
          </w:p>
        </w:tc>
        <w:tc>
          <w:tcPr>
            <w:tcW w:type="dxa" w:w="2952"/>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RM5,000 / company</w:t>
            </w:r>
          </w:p>
        </w:tc>
        <w:tc>
          <w:tcPr>
            <w:tcW w:type="dxa" w:w="2520"/>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Minimum 10 companies</w:t>
            </w:r>
          </w:p>
        </w:tc>
      </w:tr>
      <w:tr>
        <w:trPr>
          <w:cantSplit/>
        </w:trPr>
        <w:tc>
          <w:tcPr>
            <w:tcW w:type="dxa" w:w="4536"/>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Full 10-Day Programme</w:t>
            </w:r>
          </w:p>
        </w:tc>
        <w:tc>
          <w:tcPr>
            <w:tcW w:type="dxa" w:w="2952"/>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RM11,000 / company</w:t>
            </w:r>
          </w:p>
        </w:tc>
        <w:tc>
          <w:tcPr>
            <w:tcW w:type="dxa" w:w="2520"/>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Basic + Intermediate + Advanced</w:t>
            </w:r>
          </w:p>
        </w:tc>
      </w:tr>
      <w:tr>
        <w:trPr>
          <w:cantSplit/>
        </w:trPr>
        <w:tc>
          <w:tcPr>
            <w:tcW w:type="dxa" w:w="4536"/>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Year 1 Infrastructure</w:t>
            </w:r>
          </w:p>
        </w:tc>
        <w:tc>
          <w:tcPr>
            <w:tcW w:type="dxa" w:w="2952"/>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RM500 / company / year</w:t>
            </w:r>
          </w:p>
        </w:tc>
        <w:tc>
          <w:tcPr>
            <w:tcW w:type="dxa" w:w="2520"/>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For agreed standard environment</w:t>
            </w:r>
          </w:p>
        </w:tc>
      </w:tr>
      <w:tr>
        <w:trPr>
          <w:cantSplit/>
        </w:trPr>
        <w:tc>
          <w:tcPr>
            <w:tcW w:type="dxa" w:w="4536"/>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Standard Year-1 Total</w:t>
            </w:r>
          </w:p>
        </w:tc>
        <w:tc>
          <w:tcPr>
            <w:tcW w:type="dxa" w:w="2952"/>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RM11,500 / company</w:t>
            </w:r>
          </w:p>
        </w:tc>
        <w:tc>
          <w:tcPr>
            <w:tcW w:type="dxa" w:w="2520"/>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Full programme + Year-1 infrastructure</w:t>
            </w:r>
          </w:p>
        </w:tc>
      </w:tr>
      <w:tr>
        <w:trPr>
          <w:cantSplit/>
        </w:trPr>
        <w:tc>
          <w:tcPr>
            <w:tcW w:type="dxa" w:w="4536"/>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Optional Initial AI Model Deployment</w:t>
            </w:r>
          </w:p>
        </w:tc>
        <w:tc>
          <w:tcPr>
            <w:tcW w:type="dxa" w:w="2952"/>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RM1,200 / company</w:t>
            </w:r>
          </w:p>
        </w:tc>
        <w:tc>
          <w:tcPr>
            <w:tcW w:type="dxa" w:w="2520"/>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Optional; not compulsory</w:t>
            </w:r>
          </w:p>
        </w:tc>
      </w:tr>
      <w:tr>
        <w:trPr>
          <w:cantSplit/>
        </w:trPr>
        <w:tc>
          <w:tcPr>
            <w:tcW w:type="dxa" w:w="4536"/>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Year-1 Total with Optional AI Deployment</w:t>
            </w:r>
          </w:p>
        </w:tc>
        <w:tc>
          <w:tcPr>
            <w:tcW w:type="dxa" w:w="2952"/>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RM12,700 / company</w:t>
            </w:r>
          </w:p>
        </w:tc>
        <w:tc>
          <w:tcPr>
            <w:tcW w:type="dxa" w:w="2520"/>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Only where AI add-on is selected</w:t>
            </w:r>
          </w:p>
        </w:tc>
      </w:tr>
      <w:tr>
        <w:trPr>
          <w:cantSplit/>
        </w:trPr>
        <w:tc>
          <w:tcPr>
            <w:tcW w:type="dxa" w:w="4536"/>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Year 2+ Infrastructure</w:t>
            </w:r>
          </w:p>
        </w:tc>
        <w:tc>
          <w:tcPr>
            <w:tcW w:type="dxa" w:w="2952"/>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RM1,000 / company / year</w:t>
            </w:r>
          </w:p>
        </w:tc>
        <w:tc>
          <w:tcPr>
            <w:tcW w:type="dxa" w:w="2520"/>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AI model/provider not included</w:t>
            </w:r>
          </w:p>
        </w:tc>
      </w:tr>
      <w:tr>
        <w:trPr>
          <w:cantSplit/>
        </w:trPr>
        <w:tc>
          <w:tcPr>
            <w:tcW w:type="dxa" w:w="4536"/>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Year 2+ AI Model / Provider</w:t>
            </w:r>
          </w:p>
        </w:tc>
        <w:tc>
          <w:tcPr>
            <w:tcW w:type="dxa" w:w="2952"/>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Not fixed</w:t>
            </w:r>
          </w:p>
        </w:tc>
        <w:tc>
          <w:tcPr>
            <w:tcW w:type="dxa" w:w="2520"/>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Selected/quoted separately</w:t>
            </w:r>
          </w:p>
        </w:tc>
      </w:tr>
    </w:tbl>
    <w:p>
      <w:pPr>
        <w:spacing w:after="20"/>
      </w:pPr>
    </w:p>
    <w:p>
      <w:pPr>
        <w:pStyle w:val="Heading2"/>
        <w:keepNext/>
      </w:pPr>
      <w:r>
        <w:t>14.1 Minimum Cohort Illustration — 10 Companies</w:t>
      </w:r>
    </w:p>
    <w:tbl>
      <w:tblPr>
        <w:tblW w:type="auto" w:w="0"/>
        <w:jc w:val="center"/>
        <w:tblLayout w:type="fixed"/>
        <w:tblLook w:firstColumn="1" w:firstRow="1" w:lastColumn="0" w:lastRow="0" w:noHBand="0" w:noVBand="1" w:val="04A0"/>
      </w:tblPr>
      <w:tblGrid>
        <w:gridCol w:w="3331"/>
        <w:gridCol w:w="3331"/>
        <w:gridCol w:w="3331"/>
      </w:tblGrid>
      <w:tr>
        <w:trPr>
          <w:tblHeader/>
          <w:cantSplit/>
        </w:trPr>
        <w:tc>
          <w:tcPr>
            <w:tcW w:type="dxa" w:w="3600"/>
            <w:shd w:fill="12314A"/>
            <w:tcMar>
              <w:top w:w="80" w:type="dxa"/>
              <w:start w:w="100" w:type="dxa"/>
              <w:bottom w:w="80" w:type="dxa"/>
              <w:end w:w="100" w:type="dxa"/>
            </w:tcMar>
            <w:vAlign w:val="center"/>
            <w:tcBorders>
              <w:bottom w:val="single" w:sz="6" w:color="12314A"/>
            </w:tcBorders>
          </w:tcPr>
          <w:p>
            <w:pPr>
              <w:keepLines/>
              <w:jc w:val="left"/>
            </w:pPr>
            <w:r/>
            <w:r>
              <w:rPr>
                <w:rFonts w:ascii="Aptos" w:hAnsi="Aptos"/>
                <w:b/>
                <w:color w:val="FFFFFF"/>
                <w:sz w:val="17"/>
              </w:rPr>
              <w:t>Scenario</w:t>
            </w:r>
          </w:p>
        </w:tc>
        <w:tc>
          <w:tcPr>
            <w:tcW w:type="dxa" w:w="3888"/>
            <w:shd w:fill="12314A"/>
            <w:tcMar>
              <w:top w:w="80" w:type="dxa"/>
              <w:start w:w="100" w:type="dxa"/>
              <w:bottom w:w="80" w:type="dxa"/>
              <w:end w:w="100" w:type="dxa"/>
            </w:tcMar>
            <w:vAlign w:val="center"/>
            <w:tcBorders>
              <w:bottom w:val="single" w:sz="6" w:color="12314A"/>
            </w:tcBorders>
          </w:tcPr>
          <w:p>
            <w:pPr>
              <w:keepLines/>
              <w:jc w:val="left"/>
            </w:pPr>
            <w:r/>
            <w:r>
              <w:rPr>
                <w:rFonts w:ascii="Aptos" w:hAnsi="Aptos"/>
                <w:b/>
                <w:color w:val="FFFFFF"/>
                <w:sz w:val="17"/>
              </w:rPr>
              <w:t>Programme / Service</w:t>
            </w:r>
          </w:p>
        </w:tc>
        <w:tc>
          <w:tcPr>
            <w:tcW w:type="dxa" w:w="2592"/>
            <w:shd w:fill="12314A"/>
            <w:tcMar>
              <w:top w:w="80" w:type="dxa"/>
              <w:start w:w="100" w:type="dxa"/>
              <w:bottom w:w="80" w:type="dxa"/>
              <w:end w:w="100" w:type="dxa"/>
            </w:tcMar>
            <w:vAlign w:val="center"/>
            <w:tcBorders>
              <w:bottom w:val="single" w:sz="6" w:color="12314A"/>
            </w:tcBorders>
          </w:tcPr>
          <w:p>
            <w:pPr>
              <w:keepLines/>
              <w:jc w:val="left"/>
            </w:pPr>
            <w:r/>
            <w:r>
              <w:rPr>
                <w:rFonts w:ascii="Aptos" w:hAnsi="Aptos"/>
                <w:b/>
                <w:color w:val="FFFFFF"/>
                <w:sz w:val="17"/>
              </w:rPr>
              <w:t>Cohort Value</w:t>
            </w:r>
          </w:p>
        </w:tc>
      </w:tr>
      <w:tr>
        <w:trPr>
          <w:cantSplit/>
        </w:trPr>
        <w:tc>
          <w:tcPr>
            <w:tcW w:type="dxa" w:w="3600"/>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Basic cohort</w:t>
            </w:r>
          </w:p>
        </w:tc>
        <w:tc>
          <w:tcPr>
            <w:tcW w:type="dxa" w:w="3888"/>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10 × RM3,000</w:t>
            </w:r>
          </w:p>
        </w:tc>
        <w:tc>
          <w:tcPr>
            <w:tcW w:type="dxa" w:w="2592"/>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RM30,000</w:t>
            </w:r>
          </w:p>
        </w:tc>
      </w:tr>
      <w:tr>
        <w:trPr>
          <w:cantSplit/>
        </w:trPr>
        <w:tc>
          <w:tcPr>
            <w:tcW w:type="dxa" w:w="3600"/>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Intermediate cohort</w:t>
            </w:r>
          </w:p>
        </w:tc>
        <w:tc>
          <w:tcPr>
            <w:tcW w:type="dxa" w:w="3888"/>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10 × RM3,000</w:t>
            </w:r>
          </w:p>
        </w:tc>
        <w:tc>
          <w:tcPr>
            <w:tcW w:type="dxa" w:w="2592"/>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RM30,000</w:t>
            </w:r>
          </w:p>
        </w:tc>
      </w:tr>
      <w:tr>
        <w:trPr>
          <w:cantSplit/>
        </w:trPr>
        <w:tc>
          <w:tcPr>
            <w:tcW w:type="dxa" w:w="3600"/>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Advanced cohort</w:t>
            </w:r>
          </w:p>
        </w:tc>
        <w:tc>
          <w:tcPr>
            <w:tcW w:type="dxa" w:w="3888"/>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10 × RM5,000</w:t>
            </w:r>
          </w:p>
        </w:tc>
        <w:tc>
          <w:tcPr>
            <w:tcW w:type="dxa" w:w="2592"/>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RM50,000</w:t>
            </w:r>
          </w:p>
        </w:tc>
      </w:tr>
      <w:tr>
        <w:trPr>
          <w:cantSplit/>
        </w:trPr>
        <w:tc>
          <w:tcPr>
            <w:tcW w:type="dxa" w:w="3600"/>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Full programme cohort</w:t>
            </w:r>
          </w:p>
        </w:tc>
        <w:tc>
          <w:tcPr>
            <w:tcW w:type="dxa" w:w="3888"/>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10 × RM11,000</w:t>
            </w:r>
          </w:p>
        </w:tc>
        <w:tc>
          <w:tcPr>
            <w:tcW w:type="dxa" w:w="2592"/>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RM110,000</w:t>
            </w:r>
          </w:p>
        </w:tc>
      </w:tr>
      <w:tr>
        <w:trPr>
          <w:cantSplit/>
        </w:trPr>
        <w:tc>
          <w:tcPr>
            <w:tcW w:type="dxa" w:w="3600"/>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Full programme + Year-1 infrastructure</w:t>
            </w:r>
          </w:p>
        </w:tc>
        <w:tc>
          <w:tcPr>
            <w:tcW w:type="dxa" w:w="3888"/>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10 × RM11,500</w:t>
            </w:r>
          </w:p>
        </w:tc>
        <w:tc>
          <w:tcPr>
            <w:tcW w:type="dxa" w:w="2592"/>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RM115,000</w:t>
            </w:r>
          </w:p>
        </w:tc>
      </w:tr>
      <w:tr>
        <w:trPr>
          <w:cantSplit/>
        </w:trPr>
        <w:tc>
          <w:tcPr>
            <w:tcW w:type="dxa" w:w="3600"/>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Full programme + infrastructure + optional AI deployment</w:t>
            </w:r>
          </w:p>
        </w:tc>
        <w:tc>
          <w:tcPr>
            <w:tcW w:type="dxa" w:w="3888"/>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10 × RM12,700</w:t>
            </w:r>
          </w:p>
        </w:tc>
        <w:tc>
          <w:tcPr>
            <w:tcW w:type="dxa" w:w="2592"/>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RM127,000</w:t>
            </w:r>
          </w:p>
        </w:tc>
      </w:tr>
    </w:tbl>
    <w:p>
      <w:pPr>
        <w:spacing w:after="20"/>
      </w:pPr>
    </w:p>
    <w:p>
      <w:pPr>
        <w:pStyle w:val="SmallNote"/>
      </w:pPr>
      <w:r>
        <w:rPr>
          <w:rFonts w:ascii="Aptos" w:hAnsi="Aptos"/>
          <w:i/>
          <w:color w:val="67737E"/>
          <w:sz w:val="16"/>
        </w:rPr>
        <w:t>The cohort illustration is arithmetic based on the stated minimum cohort and unit prices. It does not include taxes, venue/logistics, domain fees, third-party subscriptions or out-of-scope custom development unless specifically quoted.</w:t>
      </w:r>
    </w:p>
    <w:p>
      <w:pPr>
        <w:pStyle w:val="Heading1"/>
        <w:keepNext/>
      </w:pPr>
      <w:r>
        <w:t>15. Scope Exclusions and Assumptions</w:t>
      </w:r>
    </w:p>
    <w:p>
      <w:pPr>
        <w:pStyle w:val="ListBullet"/>
        <w:spacing w:after="30"/>
        <w:ind w:left="216" w:hanging="173"/>
      </w:pPr>
      <w:r>
        <w:rPr>
          <w:rFonts w:ascii="Aptos" w:hAnsi="Aptos"/>
          <w:sz w:val="18"/>
        </w:rPr>
        <w:t>Domain registration/renewal unless specifically included in a written quotation.</w:t>
      </w:r>
    </w:p>
    <w:p>
      <w:pPr>
        <w:pStyle w:val="ListBullet"/>
        <w:spacing w:after="30"/>
        <w:ind w:left="216" w:hanging="173"/>
      </w:pPr>
      <w:r>
        <w:rPr>
          <w:rFonts w:ascii="Aptos" w:hAnsi="Aptos"/>
          <w:sz w:val="18"/>
        </w:rPr>
        <w:t>Payment-gateway fees, merchant fees, transaction charges or account-approval costs.</w:t>
      </w:r>
    </w:p>
    <w:p>
      <w:pPr>
        <w:pStyle w:val="ListBullet"/>
        <w:spacing w:after="30"/>
        <w:ind w:left="216" w:hanging="173"/>
      </w:pPr>
      <w:r>
        <w:rPr>
          <w:rFonts w:ascii="Aptos" w:hAnsi="Aptos"/>
          <w:sz w:val="18"/>
        </w:rPr>
        <w:t>Third-party API usage, external AI/LLM usage and external SaaS subscriptions.</w:t>
      </w:r>
    </w:p>
    <w:p>
      <w:pPr>
        <w:pStyle w:val="ListBullet"/>
        <w:spacing w:after="30"/>
        <w:ind w:left="216" w:hanging="173"/>
      </w:pPr>
      <w:r>
        <w:rPr>
          <w:rFonts w:ascii="Aptos" w:hAnsi="Aptos"/>
          <w:sz w:val="18"/>
        </w:rPr>
        <w:t>Premium software licences, commercial plugins or proprietary data sources.</w:t>
      </w:r>
    </w:p>
    <w:p>
      <w:pPr>
        <w:pStyle w:val="ListBullet"/>
        <w:spacing w:after="30"/>
        <w:ind w:left="216" w:hanging="173"/>
      </w:pPr>
      <w:r>
        <w:rPr>
          <w:rFonts w:ascii="Aptos" w:hAnsi="Aptos"/>
          <w:sz w:val="18"/>
        </w:rPr>
        <w:t>Additional storage, GPU, high-compute workloads or non-standard infrastructure beyond the agreed environment.</w:t>
      </w:r>
    </w:p>
    <w:p>
      <w:pPr>
        <w:pStyle w:val="ListBullet"/>
        <w:spacing w:after="30"/>
        <w:ind w:left="216" w:hanging="173"/>
      </w:pPr>
      <w:r>
        <w:rPr>
          <w:rFonts w:ascii="Aptos" w:hAnsi="Aptos"/>
          <w:sz w:val="18"/>
        </w:rPr>
        <w:t>Custom integrations, data migration or bespoke modules outside the confirmed scope.</w:t>
      </w:r>
    </w:p>
    <w:p>
      <w:pPr>
        <w:pStyle w:val="ListBullet"/>
        <w:spacing w:after="30"/>
        <w:ind w:left="216" w:hanging="173"/>
      </w:pPr>
      <w:r>
        <w:rPr>
          <w:rFonts w:ascii="Aptos" w:hAnsi="Aptos"/>
          <w:sz w:val="18"/>
        </w:rPr>
        <w:t>Hardware, devices, scanners, POS equipment or networking equipment unless separately specified.</w:t>
      </w:r>
    </w:p>
    <w:p>
      <w:pPr>
        <w:pStyle w:val="ListBullet"/>
        <w:spacing w:after="30"/>
        <w:ind w:left="216" w:hanging="173"/>
      </w:pPr>
      <w:r>
        <w:rPr>
          <w:rFonts w:ascii="Aptos" w:hAnsi="Aptos"/>
          <w:sz w:val="18"/>
        </w:rPr>
        <w:t>Content production at scale, professional photography/video or translation beyond the agreed workshop output.</w:t>
      </w:r>
    </w:p>
    <w:p>
      <w:pPr>
        <w:pStyle w:val="ListBullet"/>
        <w:spacing w:after="30"/>
        <w:ind w:left="216" w:hanging="173"/>
      </w:pPr>
      <w:r>
        <w:rPr>
          <w:rFonts w:ascii="Aptos" w:hAnsi="Aptos"/>
          <w:sz w:val="18"/>
        </w:rPr>
        <w:t>Changes required because of third-party platform/API changes after implementation.</w:t>
      </w:r>
    </w:p>
    <w:p>
      <w:r>
        <w:rPr>
          <w:rFonts w:ascii="Aptos" w:hAnsi="Aptos"/>
          <w:b/>
          <w:color w:val="12314A"/>
          <w:sz w:val="19"/>
        </w:rPr>
        <w:t xml:space="preserve">Assumption: </w:t>
      </w:r>
      <w:r>
        <w:rPr>
          <w:rFonts w:ascii="Aptos" w:hAnsi="Aptos"/>
          <w:sz w:val="19"/>
        </w:rPr>
        <w:t>Participating companies provide accurate company information, authorised data, content/assets and necessary third-party account access in time for the relevant module. Delays in these inputs may affect completion of dependent integrations.</w:t>
      </w:r>
    </w:p>
    <w:p>
      <w:pPr>
        <w:pStyle w:val="Heading1"/>
        <w:keepNext/>
      </w:pPr>
      <w:r>
        <w:t>16. Proposed Stakeholder Roles</w:t>
      </w:r>
    </w:p>
    <w:p>
      <w:r>
        <w:rPr>
          <w:rFonts w:ascii="Aptos" w:hAnsi="Aptos"/>
          <w:sz w:val="19"/>
        </w:rPr>
        <w:t>The following roles are proposed for discussion only and should be confirmed in the final programme governance document.</w:t>
      </w:r>
    </w:p>
    <w:tbl>
      <w:tblPr>
        <w:tblW w:type="auto" w:w="0"/>
        <w:jc w:val="center"/>
        <w:tblLayout w:type="fixed"/>
        <w:tblLook w:firstColumn="1" w:firstRow="1" w:lastColumn="0" w:lastRow="0" w:noHBand="0" w:noVBand="1" w:val="04A0"/>
      </w:tblPr>
      <w:tblGrid>
        <w:gridCol w:w="4997"/>
        <w:gridCol w:w="4997"/>
      </w:tblGrid>
      <w:tr>
        <w:trPr>
          <w:tblHeader/>
          <w:cantSplit/>
        </w:trPr>
        <w:tc>
          <w:tcPr>
            <w:tcW w:type="dxa" w:w="2880"/>
            <w:shd w:fill="12314A"/>
            <w:tcMar>
              <w:top w:w="80" w:type="dxa"/>
              <w:start w:w="100" w:type="dxa"/>
              <w:bottom w:w="80" w:type="dxa"/>
              <w:end w:w="100" w:type="dxa"/>
            </w:tcMar>
            <w:vAlign w:val="center"/>
            <w:tcBorders>
              <w:bottom w:val="single" w:sz="6" w:color="12314A"/>
            </w:tcBorders>
          </w:tcPr>
          <w:p>
            <w:pPr>
              <w:keepLines/>
              <w:jc w:val="left"/>
            </w:pPr>
            <w:r/>
            <w:r>
              <w:rPr>
                <w:rFonts w:ascii="Aptos" w:hAnsi="Aptos"/>
                <w:b/>
                <w:color w:val="FFFFFF"/>
                <w:sz w:val="17"/>
              </w:rPr>
              <w:t>Stakeholder</w:t>
            </w:r>
          </w:p>
        </w:tc>
        <w:tc>
          <w:tcPr>
            <w:tcW w:type="dxa" w:w="7056"/>
            <w:shd w:fill="12314A"/>
            <w:tcMar>
              <w:top w:w="80" w:type="dxa"/>
              <w:start w:w="100" w:type="dxa"/>
              <w:bottom w:w="80" w:type="dxa"/>
              <w:end w:w="100" w:type="dxa"/>
            </w:tcMar>
            <w:vAlign w:val="center"/>
            <w:tcBorders>
              <w:bottom w:val="single" w:sz="6" w:color="12314A"/>
            </w:tcBorders>
          </w:tcPr>
          <w:p>
            <w:pPr>
              <w:keepLines/>
              <w:jc w:val="left"/>
            </w:pPr>
            <w:r/>
            <w:r>
              <w:rPr>
                <w:rFonts w:ascii="Aptos" w:hAnsi="Aptos"/>
                <w:b/>
                <w:color w:val="FFFFFF"/>
                <w:sz w:val="17"/>
              </w:rPr>
              <w:t>Proposed Role — Subject to Confirmation</w:t>
            </w:r>
          </w:p>
        </w:tc>
      </w:tr>
      <w:tr>
        <w:trPr>
          <w:cantSplit/>
        </w:trPr>
        <w:tc>
          <w:tcPr>
            <w:tcW w:type="dxa" w:w="2880"/>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Programme organiser / MTDC stakeholder</w:t>
            </w:r>
          </w:p>
        </w:tc>
        <w:tc>
          <w:tcPr>
            <w:tcW w:type="dxa" w:w="7056"/>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Cohort coordination, programme governance, venue/calendar coordination, participant communication and commercial/administrative alignment as agreed.</w:t>
            </w:r>
          </w:p>
        </w:tc>
      </w:tr>
      <w:tr>
        <w:trPr>
          <w:cantSplit/>
        </w:trPr>
        <w:tc>
          <w:tcPr>
            <w:tcW w:type="dxa" w:w="2880"/>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UPM / UPM-MTDC ecosystem stakeholder</w:t>
            </w:r>
          </w:p>
        </w:tc>
        <w:tc>
          <w:tcPr>
            <w:tcW w:type="dxa" w:w="7056"/>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Potential venue/ecosystem/research or participant-engagement support where separately agreed; no role is assumed without confirmation.</w:t>
            </w:r>
          </w:p>
        </w:tc>
      </w:tr>
      <w:tr>
        <w:trPr>
          <w:cantSplit/>
        </w:trPr>
        <w:tc>
          <w:tcPr>
            <w:tcW w:type="dxa" w:w="2880"/>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AINNA</w:t>
            </w:r>
          </w:p>
        </w:tc>
        <w:tc>
          <w:tcPr>
            <w:tcW w:type="dxa" w:w="7056"/>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Programme design, implementation facilitation, technical build guidance, system/infrastructure setup, testing, deployment, admin training and handover within scope.</w:t>
            </w:r>
          </w:p>
        </w:tc>
      </w:tr>
      <w:tr>
        <w:trPr>
          <w:cantSplit/>
        </w:trPr>
        <w:tc>
          <w:tcPr>
            <w:tcW w:type="dxa" w:w="2880"/>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Participating SME</w:t>
            </w:r>
          </w:p>
        </w:tc>
        <w:tc>
          <w:tcPr>
            <w:tcW w:type="dxa" w:w="7056"/>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Nominate owner/admin, provide business requirements/data/assets, make scope decisions, test outputs, approve workflows and maintain authorised access.</w:t>
            </w:r>
          </w:p>
        </w:tc>
      </w:tr>
      <w:tr>
        <w:trPr>
          <w:cantSplit/>
        </w:trPr>
        <w:tc>
          <w:tcPr>
            <w:tcW w:type="dxa" w:w="2880"/>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Third-party providers</w:t>
            </w:r>
          </w:p>
        </w:tc>
        <w:tc>
          <w:tcPr>
            <w:tcW w:type="dxa" w:w="7056"/>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Provide merchant accounts, APIs, models, cloud/SaaS or other services under their own terms where selected.</w:t>
            </w:r>
          </w:p>
        </w:tc>
      </w:tr>
    </w:tbl>
    <w:p>
      <w:pPr>
        <w:spacing w:after="20"/>
      </w:pPr>
    </w:p>
    <w:p>
      <w:pPr>
        <w:pStyle w:val="Heading1"/>
        <w:keepNext/>
      </w:pPr>
      <w:r>
        <w:t>17. Pre-Programme Onboarding</w:t>
      </w:r>
    </w:p>
    <w:p>
      <w:r>
        <w:rPr>
          <w:rFonts w:ascii="Aptos" w:hAnsi="Aptos"/>
          <w:sz w:val="19"/>
        </w:rPr>
        <w:t>To protect delivery time, each company should complete a readiness checklist before its module starts.</w:t>
      </w:r>
    </w:p>
    <w:p>
      <w:pPr>
        <w:spacing w:after="40"/>
        <w:ind w:left="259" w:hanging="259"/>
      </w:pPr>
      <w:r>
        <w:rPr>
          <w:rFonts w:ascii="Aptos" w:hAnsi="Aptos"/>
          <w:sz w:val="18"/>
        </w:rPr>
        <w:t>1.  Nominate company decision-maker and system administrator.</w:t>
      </w:r>
    </w:p>
    <w:p>
      <w:pPr>
        <w:spacing w:after="40"/>
        <w:ind w:left="259" w:hanging="259"/>
      </w:pPr>
      <w:r>
        <w:rPr>
          <w:rFonts w:ascii="Aptos" w:hAnsi="Aptos"/>
          <w:sz w:val="18"/>
        </w:rPr>
        <w:t>2.  Submit company profile, products/services, logo/brand assets and approved contact details.</w:t>
      </w:r>
    </w:p>
    <w:p>
      <w:pPr>
        <w:spacing w:after="40"/>
        <w:ind w:left="259" w:hanging="259"/>
      </w:pPr>
      <w:r>
        <w:rPr>
          <w:rFonts w:ascii="Aptos" w:hAnsi="Aptos"/>
          <w:sz w:val="18"/>
        </w:rPr>
        <w:t>3.  Provide existing domain/hosting information if applicable.</w:t>
      </w:r>
    </w:p>
    <w:p>
      <w:pPr>
        <w:spacing w:after="40"/>
        <w:ind w:left="259" w:hanging="259"/>
      </w:pPr>
      <w:r>
        <w:rPr>
          <w:rFonts w:ascii="Aptos" w:hAnsi="Aptos"/>
          <w:sz w:val="18"/>
        </w:rPr>
        <w:t>4.  Prepare product/SKU/pricing/stock data for the Intermediate level where applicable.</w:t>
      </w:r>
    </w:p>
    <w:p>
      <w:pPr>
        <w:spacing w:after="40"/>
        <w:ind w:left="259" w:hanging="259"/>
      </w:pPr>
      <w:r>
        <w:rPr>
          <w:rFonts w:ascii="Aptos" w:hAnsi="Aptos"/>
          <w:sz w:val="18"/>
        </w:rPr>
        <w:t>5.  Identify the top 3–5 operational pain points for Advanced-level discovery.</w:t>
      </w:r>
    </w:p>
    <w:p>
      <w:pPr>
        <w:spacing w:after="40"/>
        <w:ind w:left="259" w:hanging="259"/>
      </w:pPr>
      <w:r>
        <w:rPr>
          <w:rFonts w:ascii="Aptos" w:hAnsi="Aptos"/>
          <w:sz w:val="18"/>
        </w:rPr>
        <w:t>6.  List existing systems, spreadsheets, marketplaces, payment gateways and APIs that may need integration.</w:t>
      </w:r>
    </w:p>
    <w:p>
      <w:pPr>
        <w:spacing w:after="40"/>
        <w:ind w:left="259" w:hanging="259"/>
      </w:pPr>
      <w:r>
        <w:rPr>
          <w:rFonts w:ascii="Aptos" w:hAnsi="Aptos"/>
          <w:sz w:val="18"/>
        </w:rPr>
        <w:t>7.  Confirm which company data may be used and who is authorised to approve access.</w:t>
      </w:r>
    </w:p>
    <w:p>
      <w:pPr>
        <w:spacing w:after="40"/>
        <w:ind w:left="259" w:hanging="259"/>
      </w:pPr>
      <w:r>
        <w:rPr>
          <w:rFonts w:ascii="Aptos" w:hAnsi="Aptos"/>
          <w:sz w:val="18"/>
        </w:rPr>
        <w:t>8.  Complete readiness assessment for direct entry to Intermediate or Advanced.</w:t>
      </w:r>
    </w:p>
    <w:p>
      <w:pPr>
        <w:pStyle w:val="Heading1"/>
        <w:keepNext/>
      </w:pPr>
      <w:r>
        <w:t>18. 30/60/90-Day Continuity Roadmap</w:t>
      </w:r>
    </w:p>
    <w:tbl>
      <w:tblPr>
        <w:tblW w:type="auto" w:w="0"/>
        <w:jc w:val="center"/>
        <w:tblLayout w:type="fixed"/>
        <w:tblLook w:firstColumn="1" w:firstRow="1" w:lastColumn="0" w:lastRow="0" w:noHBand="0" w:noVBand="1" w:val="04A0"/>
      </w:tblPr>
      <w:tblGrid>
        <w:gridCol w:w="3331"/>
        <w:gridCol w:w="3331"/>
        <w:gridCol w:w="3331"/>
      </w:tblGrid>
      <w:tr>
        <w:trPr>
          <w:tblHeader/>
          <w:cantSplit/>
        </w:trPr>
        <w:tc>
          <w:tcPr>
            <w:tcW w:type="dxa" w:w="1728"/>
            <w:shd w:fill="12314A"/>
            <w:tcMar>
              <w:top w:w="80" w:type="dxa"/>
              <w:start w:w="100" w:type="dxa"/>
              <w:bottom w:w="80" w:type="dxa"/>
              <w:end w:w="100" w:type="dxa"/>
            </w:tcMar>
            <w:vAlign w:val="center"/>
            <w:tcBorders>
              <w:bottom w:val="single" w:sz="6" w:color="12314A"/>
            </w:tcBorders>
          </w:tcPr>
          <w:p>
            <w:pPr>
              <w:keepLines/>
              <w:jc w:val="left"/>
            </w:pPr>
            <w:r/>
            <w:r>
              <w:rPr>
                <w:rFonts w:ascii="Aptos" w:hAnsi="Aptos"/>
                <w:b/>
                <w:color w:val="FFFFFF"/>
                <w:sz w:val="17"/>
              </w:rPr>
              <w:t>Period</w:t>
            </w:r>
          </w:p>
        </w:tc>
        <w:tc>
          <w:tcPr>
            <w:tcW w:type="dxa" w:w="2592"/>
            <w:shd w:fill="12314A"/>
            <w:tcMar>
              <w:top w:w="80" w:type="dxa"/>
              <w:start w:w="100" w:type="dxa"/>
              <w:bottom w:w="80" w:type="dxa"/>
              <w:end w:w="100" w:type="dxa"/>
            </w:tcMar>
            <w:vAlign w:val="center"/>
            <w:tcBorders>
              <w:bottom w:val="single" w:sz="6" w:color="12314A"/>
            </w:tcBorders>
          </w:tcPr>
          <w:p>
            <w:pPr>
              <w:keepLines/>
              <w:jc w:val="left"/>
            </w:pPr>
            <w:r/>
            <w:r>
              <w:rPr>
                <w:rFonts w:ascii="Aptos" w:hAnsi="Aptos"/>
                <w:b/>
                <w:color w:val="FFFFFF"/>
                <w:sz w:val="17"/>
              </w:rPr>
              <w:t>Focus</w:t>
            </w:r>
          </w:p>
        </w:tc>
        <w:tc>
          <w:tcPr>
            <w:tcW w:type="dxa" w:w="5760"/>
            <w:shd w:fill="12314A"/>
            <w:tcMar>
              <w:top w:w="80" w:type="dxa"/>
              <w:start w:w="100" w:type="dxa"/>
              <w:bottom w:w="80" w:type="dxa"/>
              <w:end w:w="100" w:type="dxa"/>
            </w:tcMar>
            <w:vAlign w:val="center"/>
            <w:tcBorders>
              <w:bottom w:val="single" w:sz="6" w:color="12314A"/>
            </w:tcBorders>
          </w:tcPr>
          <w:p>
            <w:pPr>
              <w:keepLines/>
              <w:jc w:val="left"/>
            </w:pPr>
            <w:r/>
            <w:r>
              <w:rPr>
                <w:rFonts w:ascii="Aptos" w:hAnsi="Aptos"/>
                <w:b/>
                <w:color w:val="FFFFFF"/>
                <w:sz w:val="17"/>
              </w:rPr>
              <w:t>Suggested Actions</w:t>
            </w:r>
          </w:p>
        </w:tc>
      </w:tr>
      <w:tr>
        <w:trPr>
          <w:cantSplit/>
        </w:trPr>
        <w:tc>
          <w:tcPr>
            <w:tcW w:type="dxa" w:w="1728"/>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First 30 days</w:t>
            </w:r>
          </w:p>
        </w:tc>
        <w:tc>
          <w:tcPr>
            <w:tcW w:type="dxa" w:w="2592"/>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Stabilise usage</w:t>
            </w:r>
          </w:p>
        </w:tc>
        <w:tc>
          <w:tcPr>
            <w:tcW w:type="dxa" w:w="5760"/>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Operate the system with real users; capture issues; verify content/data accuracy; close high-priority defects; confirm admin ownership.</w:t>
            </w:r>
          </w:p>
        </w:tc>
      </w:tr>
      <w:tr>
        <w:trPr>
          <w:cantSplit/>
        </w:trPr>
        <w:tc>
          <w:tcPr>
            <w:tcW w:type="dxa" w:w="1728"/>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By 60 days</w:t>
            </w:r>
          </w:p>
        </w:tc>
        <w:tc>
          <w:tcPr>
            <w:tcW w:type="dxa" w:w="2592"/>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Optimise workflows</w:t>
            </w:r>
          </w:p>
        </w:tc>
        <w:tc>
          <w:tcPr>
            <w:tcW w:type="dxa" w:w="5760"/>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Review usage patterns; simplify steps; add approved notifications/automation; refine dashboards; improve SEO/content and commerce flow.</w:t>
            </w:r>
          </w:p>
        </w:tc>
      </w:tr>
      <w:tr>
        <w:trPr>
          <w:cantSplit/>
        </w:trPr>
        <w:tc>
          <w:tcPr>
            <w:tcW w:type="dxa" w:w="1728"/>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By 90 days</w:t>
            </w:r>
          </w:p>
        </w:tc>
        <w:tc>
          <w:tcPr>
            <w:tcW w:type="dxa" w:w="2592"/>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Scale selectively</w:t>
            </w:r>
          </w:p>
        </w:tc>
        <w:tc>
          <w:tcPr>
            <w:tcW w:type="dxa" w:w="5760"/>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7"/>
              </w:rPr>
              <w:t>Evaluate additional modules/integrations; review AI model/provider choice; identify ROI/time-saving evidence; define the next implementation backlog.</w:t>
            </w:r>
          </w:p>
        </w:tc>
      </w:tr>
    </w:tbl>
    <w:p>
      <w:pPr>
        <w:spacing w:after="20"/>
      </w:pPr>
    </w:p>
    <w:p>
      <w:pPr>
        <w:pStyle w:val="Heading1"/>
        <w:keepNext/>
      </w:pPr>
      <w:r>
        <w:t>19. Risks and Mitigation</w:t>
      </w:r>
    </w:p>
    <w:tbl>
      <w:tblPr>
        <w:tblW w:type="auto" w:w="0"/>
        <w:jc w:val="center"/>
        <w:tblLayout w:type="fixed"/>
        <w:tblLook w:firstColumn="1" w:firstRow="1" w:lastColumn="0" w:lastRow="0" w:noHBand="0" w:noVBand="1" w:val="04A0"/>
      </w:tblPr>
      <w:tblGrid>
        <w:gridCol w:w="3331"/>
        <w:gridCol w:w="3331"/>
        <w:gridCol w:w="3331"/>
      </w:tblGrid>
      <w:tr>
        <w:trPr>
          <w:tblHeader/>
          <w:cantSplit/>
        </w:trPr>
        <w:tc>
          <w:tcPr>
            <w:tcW w:type="dxa" w:w="2448"/>
            <w:shd w:fill="12314A"/>
            <w:tcMar>
              <w:top w:w="80" w:type="dxa"/>
              <w:start w:w="100" w:type="dxa"/>
              <w:bottom w:w="80" w:type="dxa"/>
              <w:end w:w="100" w:type="dxa"/>
            </w:tcMar>
            <w:vAlign w:val="center"/>
            <w:tcBorders>
              <w:bottom w:val="single" w:sz="6" w:color="12314A"/>
            </w:tcBorders>
          </w:tcPr>
          <w:p>
            <w:pPr>
              <w:keepLines/>
              <w:jc w:val="left"/>
            </w:pPr>
            <w:r/>
            <w:r>
              <w:rPr>
                <w:rFonts w:ascii="Aptos" w:hAnsi="Aptos"/>
                <w:b/>
                <w:color w:val="FFFFFF"/>
                <w:sz w:val="16"/>
              </w:rPr>
              <w:t>Risk</w:t>
            </w:r>
          </w:p>
        </w:tc>
        <w:tc>
          <w:tcPr>
            <w:tcW w:type="dxa" w:w="3024"/>
            <w:shd w:fill="12314A"/>
            <w:tcMar>
              <w:top w:w="80" w:type="dxa"/>
              <w:start w:w="100" w:type="dxa"/>
              <w:bottom w:w="80" w:type="dxa"/>
              <w:end w:w="100" w:type="dxa"/>
            </w:tcMar>
            <w:vAlign w:val="center"/>
            <w:tcBorders>
              <w:bottom w:val="single" w:sz="6" w:color="12314A"/>
            </w:tcBorders>
          </w:tcPr>
          <w:p>
            <w:pPr>
              <w:keepLines/>
              <w:jc w:val="left"/>
            </w:pPr>
            <w:r/>
            <w:r>
              <w:rPr>
                <w:rFonts w:ascii="Aptos" w:hAnsi="Aptos"/>
                <w:b/>
                <w:color w:val="FFFFFF"/>
                <w:sz w:val="16"/>
              </w:rPr>
              <w:t>Potential Impact</w:t>
            </w:r>
          </w:p>
        </w:tc>
        <w:tc>
          <w:tcPr>
            <w:tcW w:type="dxa" w:w="4608"/>
            <w:shd w:fill="12314A"/>
            <w:tcMar>
              <w:top w:w="80" w:type="dxa"/>
              <w:start w:w="100" w:type="dxa"/>
              <w:bottom w:w="80" w:type="dxa"/>
              <w:end w:w="100" w:type="dxa"/>
            </w:tcMar>
            <w:vAlign w:val="center"/>
            <w:tcBorders>
              <w:bottom w:val="single" w:sz="6" w:color="12314A"/>
            </w:tcBorders>
          </w:tcPr>
          <w:p>
            <w:pPr>
              <w:keepLines/>
              <w:jc w:val="left"/>
            </w:pPr>
            <w:r/>
            <w:r>
              <w:rPr>
                <w:rFonts w:ascii="Aptos" w:hAnsi="Aptos"/>
                <w:b/>
                <w:color w:val="FFFFFF"/>
                <w:sz w:val="16"/>
              </w:rPr>
              <w:t>Mitigation</w:t>
            </w:r>
          </w:p>
        </w:tc>
      </w:tr>
      <w:tr>
        <w:trPr>
          <w:cantSplit/>
        </w:trPr>
        <w:tc>
          <w:tcPr>
            <w:tcW w:type="dxa" w:w="2448"/>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Participant data/content not ready</w:t>
            </w:r>
          </w:p>
        </w:tc>
        <w:tc>
          <w:tcPr>
            <w:tcW w:type="dxa" w:w="3024"/>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Build delays</w:t>
            </w:r>
          </w:p>
        </w:tc>
        <w:tc>
          <w:tcPr>
            <w:tcW w:type="dxa" w:w="4608"/>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Pre-programme readiness checklist and deadline for required inputs.</w:t>
            </w:r>
          </w:p>
        </w:tc>
      </w:tr>
      <w:tr>
        <w:trPr>
          <w:cantSplit/>
        </w:trPr>
        <w:tc>
          <w:tcPr>
            <w:tcW w:type="dxa" w:w="2448"/>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Scope expands during delivery</w:t>
            </w:r>
          </w:p>
        </w:tc>
        <w:tc>
          <w:tcPr>
            <w:tcW w:type="dxa" w:w="3024"/>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Incomplete core output</w:t>
            </w:r>
          </w:p>
        </w:tc>
        <w:tc>
          <w:tcPr>
            <w:tcW w:type="dxa" w:w="4608"/>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Define module priorities and acceptance criteria before build; defer non-critical requests to backlog.</w:t>
            </w:r>
          </w:p>
        </w:tc>
      </w:tr>
      <w:tr>
        <w:trPr>
          <w:cantSplit/>
        </w:trPr>
        <w:tc>
          <w:tcPr>
            <w:tcW w:type="dxa" w:w="2448"/>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Third-party account/API unavailable</w:t>
            </w:r>
          </w:p>
        </w:tc>
        <w:tc>
          <w:tcPr>
            <w:tcW w:type="dxa" w:w="3024"/>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Integration cannot be completed</w:t>
            </w:r>
          </w:p>
        </w:tc>
        <w:tc>
          <w:tcPr>
            <w:tcW w:type="dxa" w:w="4608"/>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Use simulated/test flow where practical and document remaining dependency.</w:t>
            </w:r>
          </w:p>
        </w:tc>
      </w:tr>
      <w:tr>
        <w:trPr>
          <w:cantSplit/>
        </w:trPr>
        <w:tc>
          <w:tcPr>
            <w:tcW w:type="dxa" w:w="2448"/>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Participant skill variation</w:t>
            </w:r>
          </w:p>
        </w:tc>
        <w:tc>
          <w:tcPr>
            <w:tcW w:type="dxa" w:w="3024"/>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Uneven progress</w:t>
            </w:r>
          </w:p>
        </w:tc>
        <w:tc>
          <w:tcPr>
            <w:tcW w:type="dxa" w:w="4608"/>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Use structured checkpoints, templates and company-admin pairing.</w:t>
            </w:r>
          </w:p>
        </w:tc>
      </w:tr>
      <w:tr>
        <w:trPr>
          <w:cantSplit/>
        </w:trPr>
        <w:tc>
          <w:tcPr>
            <w:tcW w:type="dxa" w:w="2448"/>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AI output inconsistency</w:t>
            </w:r>
          </w:p>
        </w:tc>
        <w:tc>
          <w:tcPr>
            <w:tcW w:type="dxa" w:w="3024"/>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Incorrect or unsuitable output</w:t>
            </w:r>
          </w:p>
        </w:tc>
        <w:tc>
          <w:tcPr>
            <w:tcW w:type="dxa" w:w="4608"/>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Human review, constrained data scope, deterministic logic where suitable and explicit quality gates.</w:t>
            </w:r>
          </w:p>
        </w:tc>
      </w:tr>
      <w:tr>
        <w:trPr>
          <w:cantSplit/>
        </w:trPr>
        <w:tc>
          <w:tcPr>
            <w:tcW w:type="dxa" w:w="2448"/>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Security/access misconfiguration</w:t>
            </w:r>
          </w:p>
        </w:tc>
        <w:tc>
          <w:tcPr>
            <w:tcW w:type="dxa" w:w="3024"/>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Operational or data risk</w:t>
            </w:r>
          </w:p>
        </w:tc>
        <w:tc>
          <w:tcPr>
            <w:tcW w:type="dxa" w:w="4608"/>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Day-1 security baseline, role checks, final security verification and admin training.</w:t>
            </w:r>
          </w:p>
        </w:tc>
      </w:tr>
      <w:tr>
        <w:trPr>
          <w:cantSplit/>
        </w:trPr>
        <w:tc>
          <w:tcPr>
            <w:tcW w:type="dxa" w:w="2448"/>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Post-programme abandonment</w:t>
            </w:r>
          </w:p>
        </w:tc>
        <w:tc>
          <w:tcPr>
            <w:tcW w:type="dxa" w:w="3024"/>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Low adoption</w:t>
            </w:r>
          </w:p>
        </w:tc>
        <w:tc>
          <w:tcPr>
            <w:tcW w:type="dxa" w:w="4608"/>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Named administrator, handover checklist and 30/60/90-day roadmap.</w:t>
            </w:r>
          </w:p>
        </w:tc>
      </w:tr>
    </w:tbl>
    <w:p>
      <w:pPr>
        <w:spacing w:after="20"/>
      </w:pPr>
    </w:p>
    <w:p>
      <w:pPr>
        <w:pStyle w:val="Heading1"/>
        <w:keepNext/>
      </w:pPr>
      <w:r>
        <w:t>20. Terms and Commercial Conditions</w:t>
      </w:r>
    </w:p>
    <w:p>
      <w:pPr>
        <w:pStyle w:val="ListBullet"/>
        <w:spacing w:after="60"/>
        <w:ind w:left="216" w:hanging="173"/>
      </w:pPr>
      <w:r>
        <w:rPr>
          <w:rFonts w:ascii="Aptos" w:hAnsi="Aptos"/>
          <w:sz w:val="18"/>
        </w:rPr>
        <w:t>All prices are in Malaysian Ringgit (RM) unless otherwise stated.</w:t>
      </w:r>
    </w:p>
    <w:p>
      <w:pPr>
        <w:pStyle w:val="ListBullet"/>
        <w:spacing w:after="60"/>
        <w:ind w:left="216" w:hanging="173"/>
      </w:pPr>
      <w:r>
        <w:rPr>
          <w:rFonts w:ascii="Aptos" w:hAnsi="Aptos"/>
          <w:sz w:val="18"/>
        </w:rPr>
        <w:t>Rates are based on the minimum cohort of 10 participating companies per programme level.</w:t>
      </w:r>
    </w:p>
    <w:p>
      <w:pPr>
        <w:pStyle w:val="ListBullet"/>
        <w:spacing w:after="60"/>
        <w:ind w:left="216" w:hanging="173"/>
      </w:pPr>
      <w:r>
        <w:rPr>
          <w:rFonts w:ascii="Aptos" w:hAnsi="Aptos"/>
          <w:sz w:val="18"/>
        </w:rPr>
        <w:t>Final payment schedule, taxes and invoicing terms are to be confirmed in the formal quotation/appointment document.</w:t>
      </w:r>
    </w:p>
    <w:p>
      <w:pPr>
        <w:pStyle w:val="ListBullet"/>
        <w:spacing w:after="60"/>
        <w:ind w:left="216" w:hanging="173"/>
      </w:pPr>
      <w:r>
        <w:rPr>
          <w:rFonts w:ascii="Aptos" w:hAnsi="Aptos"/>
          <w:sz w:val="18"/>
        </w:rPr>
        <w:t>Programme dates, venue and exact daily hours are subject to organiser confirmation; 10 days refers to total delivery days.</w:t>
      </w:r>
    </w:p>
    <w:p>
      <w:pPr>
        <w:pStyle w:val="ListBullet"/>
        <w:spacing w:after="60"/>
        <w:ind w:left="216" w:hanging="173"/>
      </w:pPr>
      <w:r>
        <w:rPr>
          <w:rFonts w:ascii="Aptos" w:hAnsi="Aptos"/>
          <w:sz w:val="18"/>
        </w:rPr>
        <w:t>Direct entry to Intermediate or Advanced is subject to readiness assessment and compatibility of existing systems/data.</w:t>
      </w:r>
    </w:p>
    <w:p>
      <w:pPr>
        <w:pStyle w:val="ListBullet"/>
        <w:spacing w:after="60"/>
        <w:ind w:left="216" w:hanging="173"/>
      </w:pPr>
      <w:r>
        <w:rPr>
          <w:rFonts w:ascii="Aptos" w:hAnsi="Aptos"/>
          <w:sz w:val="18"/>
        </w:rPr>
        <w:t>Custom work outside the agreed module scope may require separate quotation and schedule.</w:t>
      </w:r>
    </w:p>
    <w:p>
      <w:pPr>
        <w:pStyle w:val="ListBullet"/>
        <w:spacing w:after="60"/>
        <w:ind w:left="216" w:hanging="173"/>
      </w:pPr>
      <w:r>
        <w:rPr>
          <w:rFonts w:ascii="Aptos" w:hAnsi="Aptos"/>
          <w:sz w:val="18"/>
        </w:rPr>
        <w:t>Third-party costs and approvals remain outside AINNA’s direct control.</w:t>
      </w:r>
    </w:p>
    <w:p>
      <w:pPr>
        <w:pStyle w:val="ListBullet"/>
        <w:spacing w:after="60"/>
        <w:ind w:left="216" w:hanging="173"/>
      </w:pPr>
      <w:r>
        <w:rPr>
          <w:rFonts w:ascii="Aptos" w:hAnsi="Aptos"/>
          <w:sz w:val="18"/>
        </w:rPr>
        <w:t>AINNA may recommend changes to the technical approach where needed to protect security, reliability or delivery feasibility, subject to agreed scope governance.</w:t>
      </w:r>
    </w:p>
    <w:p>
      <w:pPr>
        <w:pStyle w:val="ListBullet"/>
        <w:spacing w:after="60"/>
        <w:ind w:left="216" w:hanging="173"/>
      </w:pPr>
      <w:r>
        <w:rPr>
          <w:rFonts w:ascii="Aptos" w:hAnsi="Aptos"/>
          <w:sz w:val="18"/>
        </w:rPr>
        <w:t>Intellectual property, source-code access, hosting ownership and support terms should be stated explicitly in the final contract/statement of work for the chosen deployment model.</w:t>
      </w:r>
    </w:p>
    <w:p>
      <w:pPr>
        <w:pStyle w:val="Heading1"/>
        <w:keepNext/>
      </w:pPr>
      <w:r>
        <w:t>21. Proposed Next Steps</w:t>
      </w:r>
    </w:p>
    <w:p>
      <w:pPr>
        <w:spacing w:after="40"/>
        <w:ind w:left="259" w:hanging="259"/>
      </w:pPr>
      <w:r>
        <w:rPr>
          <w:rFonts w:ascii="Aptos" w:hAnsi="Aptos"/>
          <w:sz w:val="18"/>
        </w:rPr>
        <w:t>1.  Confirm stakeholder sponsor, programme owner and approval pathway.</w:t>
      </w:r>
    </w:p>
    <w:p>
      <w:pPr>
        <w:spacing w:after="40"/>
        <w:ind w:left="259" w:hanging="259"/>
      </w:pPr>
      <w:r>
        <w:rPr>
          <w:rFonts w:ascii="Aptos" w:hAnsi="Aptos"/>
          <w:sz w:val="18"/>
        </w:rPr>
        <w:t>2.  Confirm whether the programme is to be branded as AINNA, MTDC × AINNA or UPM × MTDC × AINNA after formal approval.</w:t>
      </w:r>
    </w:p>
    <w:p>
      <w:pPr>
        <w:spacing w:after="40"/>
        <w:ind w:left="259" w:hanging="259"/>
      </w:pPr>
      <w:r>
        <w:rPr>
          <w:rFonts w:ascii="Aptos" w:hAnsi="Aptos"/>
          <w:sz w:val="18"/>
        </w:rPr>
        <w:t>3.  Confirm target cohort, SME profile and whether participants will take one level or the full 10-day pathway.</w:t>
      </w:r>
    </w:p>
    <w:p>
      <w:pPr>
        <w:spacing w:after="40"/>
        <w:ind w:left="259" w:hanging="259"/>
      </w:pPr>
      <w:r>
        <w:rPr>
          <w:rFonts w:ascii="Aptos" w:hAnsi="Aptos"/>
          <w:sz w:val="18"/>
        </w:rPr>
        <w:t>4.  Confirm delivery calendar and venue, including whether each module opens on Friday.</w:t>
      </w:r>
    </w:p>
    <w:p>
      <w:pPr>
        <w:spacing w:after="40"/>
        <w:ind w:left="259" w:hanging="259"/>
      </w:pPr>
      <w:r>
        <w:rPr>
          <w:rFonts w:ascii="Aptos" w:hAnsi="Aptos"/>
          <w:sz w:val="18"/>
        </w:rPr>
        <w:t>5.  Approve commercial structure, infrastructure model and any logistics/venue charges.</w:t>
      </w:r>
    </w:p>
    <w:p>
      <w:pPr>
        <w:spacing w:after="40"/>
        <w:ind w:left="259" w:hanging="259"/>
      </w:pPr>
      <w:r>
        <w:rPr>
          <w:rFonts w:ascii="Aptos" w:hAnsi="Aptos"/>
          <w:sz w:val="18"/>
        </w:rPr>
        <w:t>6.  Issue participant readiness form and collect company requirements before Day 1.</w:t>
      </w:r>
    </w:p>
    <w:p>
      <w:pPr>
        <w:spacing w:after="40"/>
        <w:ind w:left="259" w:hanging="259"/>
      </w:pPr>
      <w:r>
        <w:rPr>
          <w:rFonts w:ascii="Aptos" w:hAnsi="Aptos"/>
          <w:sz w:val="18"/>
        </w:rPr>
        <w:t>7.  Run final facilitator/technical readiness review before programme launch.</w:t>
      </w:r>
    </w:p>
    <w:tbl>
      <w:tblPr>
        <w:tblW w:type="auto" w:w="0"/>
        <w:jc w:val="center"/>
        <w:tblLayout w:type="autofit"/>
        <w:tblLook w:firstColumn="1" w:firstRow="1" w:lastColumn="0" w:lastRow="0" w:noHBand="0" w:noVBand="1" w:val="04A0"/>
      </w:tblPr>
      <w:tblGrid>
        <w:gridCol w:w="9994"/>
      </w:tblGrid>
      <w:tr>
        <w:trPr>
          <w:cantSplit/>
        </w:trPr>
        <w:tc>
          <w:tcPr>
            <w:tcW w:type="dxa" w:w="9994"/>
            <w:shd w:fill="EAF6F4"/>
            <w:tcMar>
              <w:top w:w="120" w:type="dxa"/>
              <w:start w:w="160" w:type="dxa"/>
              <w:bottom w:w="120" w:type="dxa"/>
              <w:end w:w="160" w:type="dxa"/>
            </w:tcMar>
            <w:tcBorders>
              <w:top w:val="single" w:sz="2" w:color="D7DEE4"/>
              <w:left w:val="single" w:sz="18" w:color="2D8C65"/>
              <w:bottom w:val="single" w:sz="2" w:color="D7DEE4"/>
              <w:right w:val="single" w:sz="2" w:color="D7DEE4"/>
            </w:tcBorders>
          </w:tcPr>
          <w:p>
            <w:pPr>
              <w:keepLines/>
              <w:spacing w:after="40"/>
            </w:pPr>
            <w:r>
              <w:rPr>
                <w:rFonts w:ascii="Aptos" w:hAnsi="Aptos"/>
                <w:b/>
                <w:color w:val="2D8C65"/>
                <w:sz w:val="20"/>
              </w:rPr>
              <w:t>Decision requested</w:t>
            </w:r>
          </w:p>
          <w:p>
            <w:pPr>
              <w:keepLines/>
              <w:spacing w:after="0"/>
            </w:pPr>
            <w:r>
              <w:rPr>
                <w:rFonts w:ascii="Aptos" w:hAnsi="Aptos"/>
                <w:color w:val="17232C"/>
                <w:sz w:val="18"/>
              </w:rPr>
              <w:t>Approve the 10-day modular structure and commercial basis for detailed programme scheduling, cohort recruitment and formal quotation development.</w:t>
            </w:r>
          </w:p>
        </w:tc>
      </w:tr>
    </w:tbl>
    <w:p>
      <w:pPr>
        <w:spacing w:after="20"/>
      </w:pPr>
    </w:p>
    <w:p>
      <w:pPr>
        <w:pStyle w:val="Heading1"/>
        <w:keepNext/>
      </w:pPr>
      <w:r>
        <w:t>Appendix A. Commercial Matrix</w:t>
      </w:r>
    </w:p>
    <w:tbl>
      <w:tblPr>
        <w:tblW w:type="auto" w:w="0"/>
        <w:jc w:val="center"/>
        <w:tblLayout w:type="fixed"/>
        <w:tblLook w:firstColumn="1" w:firstRow="1" w:lastColumn="0" w:lastRow="0" w:noHBand="0" w:noVBand="1" w:val="04A0"/>
      </w:tblPr>
      <w:tblGrid>
        <w:gridCol w:w="3331"/>
        <w:gridCol w:w="3331"/>
        <w:gridCol w:w="3331"/>
      </w:tblGrid>
      <w:tr>
        <w:trPr>
          <w:tblHeader/>
          <w:cantSplit/>
        </w:trPr>
        <w:tc>
          <w:tcPr>
            <w:tcW w:type="dxa" w:w="4608"/>
            <w:shd w:fill="12314A"/>
            <w:tcMar>
              <w:top w:w="80" w:type="dxa"/>
              <w:start w:w="100" w:type="dxa"/>
              <w:bottom w:w="80" w:type="dxa"/>
              <w:end w:w="100" w:type="dxa"/>
            </w:tcMar>
            <w:vAlign w:val="center"/>
            <w:tcBorders>
              <w:bottom w:val="single" w:sz="6" w:color="12314A"/>
            </w:tcBorders>
          </w:tcPr>
          <w:p>
            <w:pPr>
              <w:keepLines/>
              <w:jc w:val="left"/>
            </w:pPr>
            <w:r/>
            <w:r>
              <w:rPr>
                <w:rFonts w:ascii="Aptos" w:hAnsi="Aptos"/>
                <w:b/>
                <w:color w:val="FFFFFF"/>
                <w:sz w:val="16"/>
              </w:rPr>
              <w:t>Component</w:t>
            </w:r>
          </w:p>
        </w:tc>
        <w:tc>
          <w:tcPr>
            <w:tcW w:type="dxa" w:w="2592"/>
            <w:shd w:fill="12314A"/>
            <w:tcMar>
              <w:top w:w="80" w:type="dxa"/>
              <w:start w:w="100" w:type="dxa"/>
              <w:bottom w:w="80" w:type="dxa"/>
              <w:end w:w="100" w:type="dxa"/>
            </w:tcMar>
            <w:vAlign w:val="center"/>
            <w:tcBorders>
              <w:bottom w:val="single" w:sz="6" w:color="12314A"/>
            </w:tcBorders>
          </w:tcPr>
          <w:p>
            <w:pPr>
              <w:keepLines/>
              <w:jc w:val="left"/>
            </w:pPr>
            <w:r/>
            <w:r>
              <w:rPr>
                <w:rFonts w:ascii="Aptos" w:hAnsi="Aptos"/>
                <w:b/>
                <w:color w:val="FFFFFF"/>
                <w:sz w:val="16"/>
              </w:rPr>
              <w:t>Per Company</w:t>
            </w:r>
          </w:p>
        </w:tc>
        <w:tc>
          <w:tcPr>
            <w:tcW w:type="dxa" w:w="2880"/>
            <w:shd w:fill="12314A"/>
            <w:tcMar>
              <w:top w:w="80" w:type="dxa"/>
              <w:start w:w="100" w:type="dxa"/>
              <w:bottom w:w="80" w:type="dxa"/>
              <w:end w:w="100" w:type="dxa"/>
            </w:tcMar>
            <w:vAlign w:val="center"/>
            <w:tcBorders>
              <w:bottom w:val="single" w:sz="6" w:color="12314A"/>
            </w:tcBorders>
          </w:tcPr>
          <w:p>
            <w:pPr>
              <w:keepLines/>
              <w:jc w:val="left"/>
            </w:pPr>
            <w:r/>
            <w:r>
              <w:rPr>
                <w:rFonts w:ascii="Aptos" w:hAnsi="Aptos"/>
                <w:b/>
                <w:color w:val="FFFFFF"/>
                <w:sz w:val="16"/>
              </w:rPr>
              <w:t>10-Company Minimum Cohort</w:t>
            </w:r>
          </w:p>
        </w:tc>
      </w:tr>
      <w:tr>
        <w:trPr>
          <w:cantSplit/>
        </w:trPr>
        <w:tc>
          <w:tcPr>
            <w:tcW w:type="dxa" w:w="4608"/>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Basic — 3 days</w:t>
            </w:r>
          </w:p>
        </w:tc>
        <w:tc>
          <w:tcPr>
            <w:tcW w:type="dxa" w:w="2592"/>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RM3,000</w:t>
            </w:r>
          </w:p>
        </w:tc>
        <w:tc>
          <w:tcPr>
            <w:tcW w:type="dxa" w:w="2880"/>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RM30,000</w:t>
            </w:r>
          </w:p>
        </w:tc>
      </w:tr>
      <w:tr>
        <w:trPr>
          <w:cantSplit/>
        </w:trPr>
        <w:tc>
          <w:tcPr>
            <w:tcW w:type="dxa" w:w="4608"/>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Intermediate — 3 days</w:t>
            </w:r>
          </w:p>
        </w:tc>
        <w:tc>
          <w:tcPr>
            <w:tcW w:type="dxa" w:w="2592"/>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RM3,000</w:t>
            </w:r>
          </w:p>
        </w:tc>
        <w:tc>
          <w:tcPr>
            <w:tcW w:type="dxa" w:w="2880"/>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RM30,000</w:t>
            </w:r>
          </w:p>
        </w:tc>
      </w:tr>
      <w:tr>
        <w:trPr>
          <w:cantSplit/>
        </w:trPr>
        <w:tc>
          <w:tcPr>
            <w:tcW w:type="dxa" w:w="4608"/>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Advanced — 4 days</w:t>
            </w:r>
          </w:p>
        </w:tc>
        <w:tc>
          <w:tcPr>
            <w:tcW w:type="dxa" w:w="2592"/>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RM5,000</w:t>
            </w:r>
          </w:p>
        </w:tc>
        <w:tc>
          <w:tcPr>
            <w:tcW w:type="dxa" w:w="2880"/>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RM50,000</w:t>
            </w:r>
          </w:p>
        </w:tc>
      </w:tr>
      <w:tr>
        <w:trPr>
          <w:cantSplit/>
        </w:trPr>
        <w:tc>
          <w:tcPr>
            <w:tcW w:type="dxa" w:w="4608"/>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Full 10-Day Programme</w:t>
            </w:r>
          </w:p>
        </w:tc>
        <w:tc>
          <w:tcPr>
            <w:tcW w:type="dxa" w:w="2592"/>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RM11,000</w:t>
            </w:r>
          </w:p>
        </w:tc>
        <w:tc>
          <w:tcPr>
            <w:tcW w:type="dxa" w:w="2880"/>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RM110,000</w:t>
            </w:r>
          </w:p>
        </w:tc>
      </w:tr>
      <w:tr>
        <w:trPr>
          <w:cantSplit/>
        </w:trPr>
        <w:tc>
          <w:tcPr>
            <w:tcW w:type="dxa" w:w="4608"/>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Year-1 Infrastructure</w:t>
            </w:r>
          </w:p>
        </w:tc>
        <w:tc>
          <w:tcPr>
            <w:tcW w:type="dxa" w:w="2592"/>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RM500</w:t>
            </w:r>
          </w:p>
        </w:tc>
        <w:tc>
          <w:tcPr>
            <w:tcW w:type="dxa" w:w="2880"/>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RM5,000</w:t>
            </w:r>
          </w:p>
        </w:tc>
      </w:tr>
      <w:tr>
        <w:trPr>
          <w:cantSplit/>
        </w:trPr>
        <w:tc>
          <w:tcPr>
            <w:tcW w:type="dxa" w:w="4608"/>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Standard Year-1 Total</w:t>
            </w:r>
          </w:p>
        </w:tc>
        <w:tc>
          <w:tcPr>
            <w:tcW w:type="dxa" w:w="2592"/>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RM11,500</w:t>
            </w:r>
          </w:p>
        </w:tc>
        <w:tc>
          <w:tcPr>
            <w:tcW w:type="dxa" w:w="2880"/>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RM115,000</w:t>
            </w:r>
          </w:p>
        </w:tc>
      </w:tr>
      <w:tr>
        <w:trPr>
          <w:cantSplit/>
        </w:trPr>
        <w:tc>
          <w:tcPr>
            <w:tcW w:type="dxa" w:w="4608"/>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Optional Initial AI Deployment</w:t>
            </w:r>
          </w:p>
        </w:tc>
        <w:tc>
          <w:tcPr>
            <w:tcW w:type="dxa" w:w="2592"/>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RM1,200</w:t>
            </w:r>
          </w:p>
        </w:tc>
        <w:tc>
          <w:tcPr>
            <w:tcW w:type="dxa" w:w="2880"/>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RM12,000</w:t>
            </w:r>
          </w:p>
        </w:tc>
      </w:tr>
      <w:tr>
        <w:trPr>
          <w:cantSplit/>
        </w:trPr>
        <w:tc>
          <w:tcPr>
            <w:tcW w:type="dxa" w:w="4608"/>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Year-1 Total with Optional AI</w:t>
            </w:r>
          </w:p>
        </w:tc>
        <w:tc>
          <w:tcPr>
            <w:tcW w:type="dxa" w:w="2592"/>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RM12,700</w:t>
            </w:r>
          </w:p>
        </w:tc>
        <w:tc>
          <w:tcPr>
            <w:tcW w:type="dxa" w:w="2880"/>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RM127,000</w:t>
            </w:r>
          </w:p>
        </w:tc>
      </w:tr>
      <w:tr>
        <w:trPr>
          <w:cantSplit/>
        </w:trPr>
        <w:tc>
          <w:tcPr>
            <w:tcW w:type="dxa" w:w="4608"/>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Year-2+ Infrastructure</w:t>
            </w:r>
          </w:p>
        </w:tc>
        <w:tc>
          <w:tcPr>
            <w:tcW w:type="dxa" w:w="2592"/>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RM1,000/year</w:t>
            </w:r>
          </w:p>
        </w:tc>
        <w:tc>
          <w:tcPr>
            <w:tcW w:type="dxa" w:w="2880"/>
            <w:shd w:fill="FFFFFF"/>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RM10,000/year</w:t>
            </w:r>
          </w:p>
        </w:tc>
      </w:tr>
      <w:tr>
        <w:trPr>
          <w:cantSplit/>
        </w:trPr>
        <w:tc>
          <w:tcPr>
            <w:tcW w:type="dxa" w:w="4608"/>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Year-2+ AI Model</w:t>
            </w:r>
          </w:p>
        </w:tc>
        <w:tc>
          <w:tcPr>
            <w:tcW w:type="dxa" w:w="2592"/>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Not fixed</w:t>
            </w:r>
          </w:p>
        </w:tc>
        <w:tc>
          <w:tcPr>
            <w:tcW w:type="dxa" w:w="2880"/>
            <w:shd w:fill="F3F5F7"/>
            <w:tcMar>
              <w:top w:w="75" w:type="dxa"/>
              <w:start w:w="100" w:type="dxa"/>
              <w:bottom w:w="75" w:type="dxa"/>
              <w:end w:w="100" w:type="dxa"/>
            </w:tcMar>
            <w:vAlign w:val="top"/>
            <w:tcBorders>
              <w:bottom w:val="single" w:sz="3" w:color="D7DEE4"/>
            </w:tcBorders>
          </w:tcPr>
          <w:p>
            <w:pPr>
              <w:keepLines/>
              <w:spacing w:after="0"/>
            </w:pPr>
            <w:r>
              <w:rPr>
                <w:rFonts w:ascii="Aptos" w:hAnsi="Aptos"/>
                <w:color w:val="17232C"/>
                <w:sz w:val="16"/>
              </w:rPr>
              <w:t>Quoted/selected separately</w:t>
            </w:r>
          </w:p>
        </w:tc>
      </w:tr>
    </w:tbl>
    <w:p>
      <w:pPr>
        <w:spacing w:after="20"/>
      </w:pPr>
    </w:p>
    <w:p>
      <w:pPr>
        <w:pStyle w:val="Heading1"/>
        <w:keepNext/>
      </w:pPr>
      <w:r>
        <w:t>Appendix B. Participant Preparation Checklist</w:t>
      </w:r>
    </w:p>
    <w:p>
      <w:pPr>
        <w:spacing w:after="40"/>
      </w:pPr>
      <w:r>
        <w:rPr>
          <w:rFonts w:ascii="Aptos" w:hAnsi="Aptos"/>
          <w:sz w:val="18"/>
        </w:rPr>
        <w:t>☐  Company registration/name and approved public profile</w:t>
      </w:r>
    </w:p>
    <w:p>
      <w:pPr>
        <w:spacing w:after="40"/>
      </w:pPr>
      <w:r>
        <w:rPr>
          <w:rFonts w:ascii="Aptos" w:hAnsi="Aptos"/>
          <w:sz w:val="18"/>
        </w:rPr>
        <w:t>☐  Logo and brand assets</w:t>
      </w:r>
    </w:p>
    <w:p>
      <w:pPr>
        <w:spacing w:after="40"/>
      </w:pPr>
      <w:r>
        <w:rPr>
          <w:rFonts w:ascii="Aptos" w:hAnsi="Aptos"/>
          <w:sz w:val="18"/>
        </w:rPr>
        <w:t>☐  Product/service list</w:t>
      </w:r>
    </w:p>
    <w:p>
      <w:pPr>
        <w:spacing w:after="40"/>
      </w:pPr>
      <w:r>
        <w:rPr>
          <w:rFonts w:ascii="Aptos" w:hAnsi="Aptos"/>
          <w:sz w:val="18"/>
        </w:rPr>
        <w:t>☐  Product photos/content where relevant</w:t>
      </w:r>
    </w:p>
    <w:p>
      <w:pPr>
        <w:spacing w:after="40"/>
      </w:pPr>
      <w:r>
        <w:rPr>
          <w:rFonts w:ascii="Aptos" w:hAnsi="Aptos"/>
          <w:sz w:val="18"/>
        </w:rPr>
        <w:t>☐  Current website/domain/hosting details if available</w:t>
      </w:r>
    </w:p>
    <w:p>
      <w:pPr>
        <w:spacing w:after="40"/>
      </w:pPr>
      <w:r>
        <w:rPr>
          <w:rFonts w:ascii="Aptos" w:hAnsi="Aptos"/>
          <w:sz w:val="18"/>
        </w:rPr>
        <w:t>☐  Contact/enquiry details</w:t>
      </w:r>
    </w:p>
    <w:p>
      <w:pPr>
        <w:spacing w:after="40"/>
      </w:pPr>
      <w:r>
        <w:rPr>
          <w:rFonts w:ascii="Aptos" w:hAnsi="Aptos"/>
          <w:sz w:val="18"/>
        </w:rPr>
        <w:t>☐  Product/SKU/pricing/stock data for commerce participants</w:t>
      </w:r>
    </w:p>
    <w:p>
      <w:pPr>
        <w:spacing w:after="40"/>
      </w:pPr>
      <w:r>
        <w:rPr>
          <w:rFonts w:ascii="Aptos" w:hAnsi="Aptos"/>
          <w:sz w:val="18"/>
        </w:rPr>
        <w:t>☐  Current sales/order/customer workflow</w:t>
      </w:r>
    </w:p>
    <w:p>
      <w:pPr>
        <w:spacing w:after="40"/>
      </w:pPr>
      <w:r>
        <w:rPr>
          <w:rFonts w:ascii="Aptos" w:hAnsi="Aptos"/>
          <w:sz w:val="18"/>
        </w:rPr>
        <w:t>☐  Current spreadsheets/systems used</w:t>
      </w:r>
    </w:p>
    <w:p>
      <w:pPr>
        <w:spacing w:after="40"/>
      </w:pPr>
      <w:r>
        <w:rPr>
          <w:rFonts w:ascii="Aptos" w:hAnsi="Aptos"/>
          <w:sz w:val="18"/>
        </w:rPr>
        <w:t>☐  Selected operational pain points</w:t>
      </w:r>
    </w:p>
    <w:p>
      <w:pPr>
        <w:spacing w:after="40"/>
      </w:pPr>
      <w:r>
        <w:rPr>
          <w:rFonts w:ascii="Aptos" w:hAnsi="Aptos"/>
          <w:sz w:val="18"/>
        </w:rPr>
        <w:t>☐  Authorised admin representative</w:t>
      </w:r>
    </w:p>
    <w:p>
      <w:pPr>
        <w:spacing w:after="40"/>
      </w:pPr>
      <w:r>
        <w:rPr>
          <w:rFonts w:ascii="Aptos" w:hAnsi="Aptos"/>
          <w:sz w:val="18"/>
        </w:rPr>
        <w:t>☐  Approved data/access list</w:t>
      </w:r>
    </w:p>
    <w:p>
      <w:pPr>
        <w:spacing w:after="40"/>
      </w:pPr>
      <w:r>
        <w:rPr>
          <w:rFonts w:ascii="Aptos" w:hAnsi="Aptos"/>
          <w:sz w:val="18"/>
        </w:rPr>
        <w:t>☐  Payment gateway/API account details where relevant</w:t>
      </w:r>
    </w:p>
    <w:p>
      <w:pPr>
        <w:spacing w:after="40"/>
      </w:pPr>
      <w:r>
        <w:rPr>
          <w:rFonts w:ascii="Aptos" w:hAnsi="Aptos"/>
          <w:sz w:val="18"/>
        </w:rPr>
        <w:t>☐  Any legal/compliance content required on the website/system</w:t>
      </w:r>
    </w:p>
    <w:p>
      <w:pPr>
        <w:pStyle w:val="Heading1"/>
        <w:keepNext/>
      </w:pPr>
      <w:r>
        <w:t>Appendix C. Source References</w:t>
      </w:r>
    </w:p>
    <w:p>
      <w:r>
        <w:rPr>
          <w:rFonts w:ascii="Aptos" w:hAnsi="Aptos"/>
          <w:b/>
          <w:sz w:val="18"/>
        </w:rPr>
        <w:t xml:space="preserve">Programme source / working page: </w:t>
      </w:r>
      <w:hyperlink r:id="rId11">
        <w:r>
          <w:rPr>
            <w:color w:val="187A73"/>
            <w:u w:val="single"/>
            <w:rFonts w:ascii="Aptos" w:hAnsi="Aptos"/>
          </w:rPr>
          <w:t>AINNA UPM-MTDC programme page</w:t>
        </w:r>
      </w:hyperlink>
    </w:p>
    <w:p>
      <w:r>
        <w:rPr>
          <w:rFonts w:ascii="Aptos" w:hAnsi="Aptos"/>
          <w:b/>
          <w:sz w:val="18"/>
        </w:rPr>
        <w:t xml:space="preserve">MTDC official — UPM-MTDC Technology Centre: </w:t>
      </w:r>
      <w:hyperlink r:id="rId12">
        <w:r>
          <w:rPr>
            <w:color w:val="187A73"/>
            <w:u w:val="single"/>
            <w:rFonts w:ascii="Aptos" w:hAnsi="Aptos"/>
          </w:rPr>
          <w:t>mtdc.com.my/upm-mtdc</w:t>
        </w:r>
      </w:hyperlink>
    </w:p>
    <w:p>
      <w:r>
        <w:rPr>
          <w:rFonts w:ascii="Aptos" w:hAnsi="Aptos"/>
          <w:b/>
          <w:sz w:val="18"/>
        </w:rPr>
        <w:t xml:space="preserve">MTDC official — Technology Centre Management: </w:t>
      </w:r>
      <w:hyperlink r:id="rId13">
        <w:r>
          <w:rPr>
            <w:color w:val="187A73"/>
            <w:u w:val="single"/>
            <w:rFonts w:ascii="Aptos" w:hAnsi="Aptos"/>
          </w:rPr>
          <w:t>mtdc.com.my/technology-centre</w:t>
        </w:r>
      </w:hyperlink>
    </w:p>
    <w:p>
      <w:r>
        <w:rPr>
          <w:rFonts w:ascii="Aptos" w:hAnsi="Aptos"/>
          <w:b/>
          <w:sz w:val="18"/>
        </w:rPr>
        <w:t xml:space="preserve">UPM official — Industry &amp; Community Relations context: </w:t>
      </w:r>
      <w:hyperlink r:id="rId14">
        <w:r>
          <w:rPr>
            <w:color w:val="187A73"/>
            <w:u w:val="single"/>
            <w:rFonts w:ascii="Aptos" w:hAnsi="Aptos"/>
          </w:rPr>
          <w:t>UPM Office of Deputy Vice-Chancellor (Industry &amp; Community Relations)</w:t>
        </w:r>
      </w:hyperlink>
    </w:p>
    <w:p>
      <w:pPr>
        <w:pStyle w:val="SmallNote"/>
      </w:pPr>
      <w:r>
        <w:rPr>
          <w:rFonts w:ascii="Aptos" w:hAnsi="Aptos"/>
          <w:i/>
          <w:color w:val="67737E"/>
          <w:sz w:val="16"/>
        </w:rPr>
        <w:t>Commercial figures, programme structure and itinerary in this proposal reflect the revised programme requirements confirmed for this document. External institutional sources are used only for contextual background and do not imply endorsement.</w:t>
      </w:r>
    </w:p>
    <w:p>
      <w:pPr>
        <w:spacing w:before="480"/>
        <w:jc w:val="center"/>
      </w:pPr>
      <w:r>
        <w:rPr>
          <w:rFonts w:ascii="Aptos" w:hAnsi="Aptos"/>
          <w:b/>
          <w:color w:val="12314A"/>
          <w:sz w:val="36"/>
        </w:rPr>
        <w:t>AINNA</w:t>
      </w:r>
    </w:p>
    <w:p>
      <w:pPr>
        <w:jc w:val="center"/>
      </w:pPr>
      <w:r>
        <w:rPr>
          <w:rFonts w:ascii="Aptos" w:hAnsi="Aptos"/>
          <w:color w:val="187A73"/>
          <w:sz w:val="20"/>
        </w:rPr>
        <w:t>Build practical systems. Deploy responsibly. Improve continuously.</w:t>
      </w:r>
    </w:p>
    <w:sectPr w:rsidR="00FC693F" w:rsidRPr="0006063C" w:rsidSect="00034616">
      <w:headerReference w:type="default" r:id="rId9"/>
      <w:footerReference w:type="default" r:id="rId10"/>
      <w:pgSz w:w="12240" w:h="15840"/>
      <w:pgMar w:top="1008" w:right="1123" w:bottom="936"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67737E"/>
        <w:sz w:val="15"/>
      </w:rPr>
      <w:t xml:space="preserve">Draft for Stakeholder Discussion  •  20 September 2026  •  Page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color w:val="67737E"/>
        <w:sz w:val="16"/>
      </w:rPr>
      <w:t>AINNA  |  10-Day SME Digital Transformation Programme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Aptos" w:hAnsi="Aptos"/>
      <w:color w:val="17232C"/>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outlineLvl w:val="0"/>
    </w:pPr>
    <w:rPr>
      <w:rFonts w:asciiTheme="majorHAnsi" w:eastAsiaTheme="majorEastAsia" w:hAnsiTheme="majorHAnsi" w:cstheme="majorBidi" w:ascii="Aptos Display" w:hAnsi="Aptos Display"/>
      <w:b/>
      <w:bCs/>
      <w:color w:val="12314A"/>
      <w:sz w:val="38"/>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ptos" w:hAnsi="Aptos"/>
      <w:b/>
      <w:bCs/>
      <w:color w:val="187A73"/>
      <w:sz w:val="27"/>
      <w:szCs w:val="26"/>
    </w:rPr>
  </w:style>
  <w:style w:type="paragraph" w:styleId="Heading3">
    <w:name w:val="heading 3"/>
    <w:basedOn w:val="Normal"/>
    <w:next w:val="Normal"/>
    <w:link w:val="Heading3Char"/>
    <w:uiPriority w:val="9"/>
    <w:unhideWhenUsed/>
    <w:qFormat/>
    <w:rsid w:val="00FC693F"/>
    <w:pPr>
      <w:keepNext/>
      <w:keepLines/>
      <w:spacing w:before="120" w:after="40"/>
      <w:outlineLvl w:val="2"/>
    </w:pPr>
    <w:rPr>
      <w:rFonts w:asciiTheme="majorHAnsi" w:eastAsiaTheme="majorEastAsia" w:hAnsiTheme="majorHAnsi" w:cstheme="majorBidi" w:ascii="Aptos" w:hAnsi="Aptos"/>
      <w:b/>
      <w:bCs/>
      <w:color w:val="17232C"/>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b/>
      <w:color w:val="12314A"/>
      <w:spacing w:val="5"/>
      <w:kern w:val="28"/>
      <w:sz w:val="6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roposalSubtitle">
    <w:name w:val="Proposal Subtitle"/>
    <w:pPr>
      <w:spacing w:after="160"/>
    </w:pPr>
    <w:rPr>
      <w:rFonts w:ascii="Aptos" w:hAnsi="Aptos"/>
      <w:color w:val="187A73"/>
      <w:sz w:val="28"/>
    </w:rPr>
  </w:style>
  <w:style w:type="paragraph" w:customStyle="1" w:styleId="SmallNote">
    <w:name w:val="Small Note"/>
    <w:pPr>
      <w:spacing w:after="60"/>
    </w:pPr>
    <w:rPr>
      <w:rFonts w:ascii="Aptos" w:hAnsi="Aptos"/>
      <w:color w:val="67737E"/>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ainna.bond/upm-mtdc/" TargetMode="External"/><Relationship Id="rId12" Type="http://schemas.openxmlformats.org/officeDocument/2006/relationships/hyperlink" Target="https://www.mtdc.com.my/upm-mtdc/" TargetMode="External"/><Relationship Id="rId13" Type="http://schemas.openxmlformats.org/officeDocument/2006/relationships/hyperlink" Target="https://www.mtdc.com.my/technology-centre/" TargetMode="External"/><Relationship Id="rId14" Type="http://schemas.openxmlformats.org/officeDocument/2006/relationships/hyperlink" Target="https://tncjinm.upm.edu.my/about_us/corporate_information/from_the_deputy_vice_chancellor_indsutry_and_community_relations_desk-40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10-Day SME Digital Transformation Programme — Full Proposal</dc:title>
  <dc:subject>UPM / MTDC stakeholder discussion — AINNA implementation proposal</dc:subject>
  <dc:creator>AINNA</dc:creator>
  <cp:keywords>SME, digital transformation, UPM, MTDC, AINNA, AI, e-commerce, automation, business systems</cp:keywords>
  <dc:description>Draft for stakeholder discussion; not formal endorsement or appointment.</dc:description>
  <cp:lastModifiedBy/>
  <cp:revision>1</cp:revision>
  <dcterms:created xsi:type="dcterms:W3CDTF">2013-12-23T23:15:00Z</dcterms:created>
  <dcterms:modified xsi:type="dcterms:W3CDTF">2013-12-23T23:15:00Z</dcterms:modified>
  <cp:category/>
</cp:coreProperties>
</file>